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756B01" w14:paraId="3C36406A" w14:textId="77777777" w:rsidTr="00756B01">
        <w:trPr>
          <w:trHeight w:val="393"/>
        </w:trPr>
        <w:tc>
          <w:tcPr>
            <w:tcW w:w="1641" w:type="dxa"/>
            <w:vMerge w:val="restart"/>
          </w:tcPr>
          <w:p w14:paraId="1C0A805F" w14:textId="77777777" w:rsidR="00756B01" w:rsidRDefault="00756B01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5F4BD77C" wp14:editId="7B96A47B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59EB8ABC" w14:textId="77777777" w:rsidR="00756B01" w:rsidRDefault="00756B01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756B01" w14:paraId="3805DDFB" w14:textId="77777777" w:rsidTr="00756B01">
        <w:trPr>
          <w:trHeight w:val="206"/>
        </w:trPr>
        <w:tc>
          <w:tcPr>
            <w:tcW w:w="1641" w:type="dxa"/>
            <w:vMerge/>
          </w:tcPr>
          <w:p w14:paraId="0851EE7D" w14:textId="77777777" w:rsidR="00756B01" w:rsidRDefault="00756B01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4A36EBEE" w14:textId="77777777" w:rsidR="00756B01" w:rsidRPr="000F4882" w:rsidRDefault="00756B01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756B01" w14:paraId="3D547FCD" w14:textId="77777777" w:rsidTr="00756B01">
        <w:trPr>
          <w:trHeight w:val="206"/>
        </w:trPr>
        <w:tc>
          <w:tcPr>
            <w:tcW w:w="1641" w:type="dxa"/>
            <w:vMerge/>
          </w:tcPr>
          <w:p w14:paraId="5421BBD3" w14:textId="77777777" w:rsidR="00756B01" w:rsidRDefault="00756B01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2D2F7F18" w14:textId="77777777" w:rsidR="00756B01" w:rsidRPr="000F4882" w:rsidRDefault="00756B01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122B95B6" w14:textId="77777777" w:rsidR="00756B01" w:rsidRPr="000F4882" w:rsidRDefault="00756B01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D1B205D" w14:textId="77777777" w:rsidR="00756B01" w:rsidRPr="000F4882" w:rsidRDefault="00756B01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04B560F0" w14:textId="77777777" w:rsidR="00756B01" w:rsidRPr="000F4882" w:rsidRDefault="00756B01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756B01" w14:paraId="25559C32" w14:textId="77777777" w:rsidTr="00756B01">
        <w:trPr>
          <w:trHeight w:val="416"/>
        </w:trPr>
        <w:tc>
          <w:tcPr>
            <w:tcW w:w="1641" w:type="dxa"/>
            <w:vMerge/>
          </w:tcPr>
          <w:p w14:paraId="6DB7A02E" w14:textId="77777777" w:rsidR="00756B01" w:rsidRDefault="00756B01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888F434" w14:textId="77777777" w:rsidR="00756B01" w:rsidRDefault="00756B01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90D5384" w14:textId="77777777" w:rsidR="00756B01" w:rsidRPr="000F4882" w:rsidRDefault="00756B01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0F49ECFC" w14:textId="77777777" w:rsidR="00756B01" w:rsidRDefault="00756B01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215471B" w14:textId="77777777" w:rsidR="00756B01" w:rsidRPr="000F4882" w:rsidRDefault="00756B01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756B01" w14:paraId="5A49E10F" w14:textId="77777777" w:rsidTr="00756B01">
        <w:trPr>
          <w:trHeight w:val="165"/>
        </w:trPr>
        <w:tc>
          <w:tcPr>
            <w:tcW w:w="9606" w:type="dxa"/>
            <w:gridSpan w:val="4"/>
          </w:tcPr>
          <w:p w14:paraId="6055E548" w14:textId="77777777" w:rsidR="00756B01" w:rsidRDefault="00756B01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05970DD8" w14:textId="77777777" w:rsidR="00C85C0B" w:rsidRPr="00150E80" w:rsidRDefault="00C85C0B">
      <w:pPr>
        <w:spacing w:line="168" w:lineRule="auto"/>
        <w:rPr>
          <w:lang w:val="fr-FR"/>
        </w:rPr>
      </w:pPr>
    </w:p>
    <w:p w14:paraId="0EFADD9B" w14:textId="77777777" w:rsidR="00C85C0B" w:rsidRPr="003A7070" w:rsidRDefault="00000000">
      <w:pPr>
        <w:spacing w:before="140" w:after="40"/>
        <w:jc w:val="center"/>
        <w:rPr>
          <w:sz w:val="28"/>
          <w:szCs w:val="28"/>
        </w:rPr>
      </w:pPr>
      <w:r w:rsidRPr="003A7070">
        <w:rPr>
          <w:b/>
          <w:sz w:val="28"/>
          <w:szCs w:val="28"/>
        </w:rPr>
        <w:t>ÎNȘTIINȚARE</w:t>
      </w:r>
    </w:p>
    <w:p w14:paraId="49143762" w14:textId="77777777" w:rsidR="00C85C0B" w:rsidRDefault="00000000">
      <w:pPr>
        <w:spacing w:after="120"/>
        <w:jc w:val="center"/>
      </w:pPr>
      <w:proofErr w:type="spellStart"/>
      <w:r>
        <w:rPr>
          <w:sz w:val="19"/>
        </w:rPr>
        <w:t>privind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finalizarea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notificate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și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solicitarea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participării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reprezentantului</w:t>
      </w:r>
      <w:proofErr w:type="spellEnd"/>
      <w:r>
        <w:rPr>
          <w:sz w:val="19"/>
        </w:rPr>
        <w:t xml:space="preserve"> UAT la </w:t>
      </w:r>
      <w:proofErr w:type="spellStart"/>
      <w:r>
        <w:rPr>
          <w:sz w:val="19"/>
        </w:rPr>
        <w:t>recepție</w:t>
      </w:r>
      <w:proofErr w:type="spellEnd"/>
    </w:p>
    <w:p w14:paraId="279D8DA9" w14:textId="77777777" w:rsidR="00C85C0B" w:rsidRDefault="00C85C0B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C85C0B" w:rsidRPr="00150E80" w14:paraId="037E1A48" w14:textId="77777777">
        <w:trPr>
          <w:cantSplit/>
          <w:trHeight w:val="510"/>
        </w:trPr>
        <w:tc>
          <w:tcPr>
            <w:tcW w:w="9636" w:type="dxa"/>
          </w:tcPr>
          <w:p w14:paraId="3686A2C0" w14:textId="77777777" w:rsidR="00C85C0B" w:rsidRPr="00150E80" w:rsidRDefault="00000000">
            <w:pPr>
              <w:keepNext/>
              <w:rPr>
                <w:lang w:val="fr-FR"/>
              </w:rPr>
            </w:pPr>
            <w:proofErr w:type="spellStart"/>
            <w:r w:rsidRPr="00150E80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661E6056" w14:textId="77777777" w:rsidR="00C85C0B" w:rsidRPr="00150E80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150E80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150E8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comunei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sector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3662B31C" w14:textId="77777777" w:rsidR="00C85C0B" w:rsidRPr="00150E80" w:rsidRDefault="00C85C0B">
            <w:pPr>
              <w:keepNext/>
              <w:rPr>
                <w:lang w:val="fr-FR"/>
              </w:rPr>
            </w:pPr>
          </w:p>
        </w:tc>
      </w:tr>
      <w:tr w:rsidR="00C85C0B" w:rsidRPr="00150E80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7777777" w:rsidR="00C85C0B" w:rsidRPr="00150E80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150E80">
              <w:rPr>
                <w:lang w:val="fr-FR"/>
              </w:rPr>
              <w:t>Cererea</w:t>
            </w:r>
            <w:proofErr w:type="spellEnd"/>
            <w:r w:rsidRPr="00150E80">
              <w:rPr>
                <w:lang w:val="fr-FR"/>
              </w:rPr>
              <w:t xml:space="preserve"> va fi </w:t>
            </w:r>
            <w:proofErr w:type="spellStart"/>
            <w:r w:rsidRPr="00150E80">
              <w:rPr>
                <w:lang w:val="fr-FR"/>
              </w:rPr>
              <w:t>transmisă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către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președintele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consiliului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județean</w:t>
            </w:r>
            <w:proofErr w:type="spellEnd"/>
            <w:r w:rsidRPr="00150E80">
              <w:rPr>
                <w:lang w:val="fr-FR"/>
              </w:rPr>
              <w:t xml:space="preserve">, </w:t>
            </w:r>
            <w:proofErr w:type="spellStart"/>
            <w:r w:rsidRPr="00150E80">
              <w:rPr>
                <w:lang w:val="fr-FR"/>
              </w:rPr>
              <w:t>primarul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general</w:t>
            </w:r>
            <w:proofErr w:type="spellEnd"/>
            <w:r w:rsidRPr="00150E80">
              <w:rPr>
                <w:lang w:val="fr-FR"/>
              </w:rPr>
              <w:t xml:space="preserve">, </w:t>
            </w:r>
            <w:proofErr w:type="spellStart"/>
            <w:r w:rsidRPr="00150E80">
              <w:rPr>
                <w:lang w:val="fr-FR"/>
              </w:rPr>
              <w:t>primarul</w:t>
            </w:r>
            <w:proofErr w:type="spellEnd"/>
            <w:r w:rsidRPr="00150E80">
              <w:rPr>
                <w:lang w:val="fr-FR"/>
              </w:rPr>
              <w:t xml:space="preserve"> de </w:t>
            </w:r>
            <w:proofErr w:type="spellStart"/>
            <w:r w:rsidRPr="00150E80">
              <w:rPr>
                <w:lang w:val="fr-FR"/>
              </w:rPr>
              <w:t>sector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sau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primarul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municipiului</w:t>
            </w:r>
            <w:proofErr w:type="spellEnd"/>
            <w:r w:rsidRPr="00150E80">
              <w:rPr>
                <w:lang w:val="fr-FR"/>
              </w:rPr>
              <w:t xml:space="preserve"> / </w:t>
            </w:r>
            <w:proofErr w:type="spellStart"/>
            <w:r w:rsidRPr="00150E80">
              <w:rPr>
                <w:lang w:val="fr-FR"/>
              </w:rPr>
              <w:t>orașului</w:t>
            </w:r>
            <w:proofErr w:type="spellEnd"/>
            <w:r w:rsidRPr="00150E80">
              <w:rPr>
                <w:lang w:val="fr-FR"/>
              </w:rPr>
              <w:t xml:space="preserve"> / </w:t>
            </w:r>
            <w:proofErr w:type="spellStart"/>
            <w:r w:rsidRPr="00150E80">
              <w:rPr>
                <w:lang w:val="fr-FR"/>
              </w:rPr>
              <w:t>comunei</w:t>
            </w:r>
            <w:proofErr w:type="spellEnd"/>
            <w:r w:rsidRPr="00150E80">
              <w:rPr>
                <w:lang w:val="fr-FR"/>
              </w:rPr>
              <w:t xml:space="preserve">, </w:t>
            </w:r>
            <w:proofErr w:type="spellStart"/>
            <w:r w:rsidRPr="00150E80">
              <w:rPr>
                <w:lang w:val="fr-FR"/>
              </w:rPr>
              <w:t>după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caz</w:t>
            </w:r>
            <w:proofErr w:type="spellEnd"/>
            <w:r w:rsidRPr="00150E80">
              <w:rPr>
                <w:lang w:val="fr-FR"/>
              </w:rPr>
              <w:t>.</w:t>
            </w:r>
          </w:p>
        </w:tc>
      </w:tr>
    </w:tbl>
    <w:p w14:paraId="75E15653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Default="00000000">
            <w:pPr>
              <w:keepNext/>
            </w:pPr>
            <w:r w:rsidRPr="00150E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C85C0B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78962F31" w14:textId="77777777" w:rsidR="00C85C0B" w:rsidRDefault="00C85C0B">
            <w:pPr>
              <w:keepNext/>
            </w:pPr>
          </w:p>
        </w:tc>
        <w:tc>
          <w:tcPr>
            <w:tcW w:w="4015" w:type="dxa"/>
            <w:gridSpan w:val="3"/>
          </w:tcPr>
          <w:p w14:paraId="349D53B4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12A0DF42" w14:textId="77777777" w:rsidR="00C85C0B" w:rsidRDefault="00C85C0B">
            <w:pPr>
              <w:keepNext/>
            </w:pPr>
          </w:p>
        </w:tc>
      </w:tr>
      <w:tr w:rsidR="00C85C0B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C85C0B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372DB4F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8543067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10D1BCEF" w14:textId="77777777" w:rsidR="00C85C0B" w:rsidRDefault="00C85C0B">
            <w:pPr>
              <w:keepNext/>
            </w:pPr>
          </w:p>
        </w:tc>
        <w:tc>
          <w:tcPr>
            <w:tcW w:w="4818" w:type="dxa"/>
            <w:gridSpan w:val="5"/>
          </w:tcPr>
          <w:p w14:paraId="5949C44F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7DFD005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E02C3D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B1F54BC" w14:textId="77777777" w:rsidR="00C85C0B" w:rsidRDefault="00C85C0B">
            <w:pPr>
              <w:keepNext/>
            </w:pPr>
          </w:p>
        </w:tc>
      </w:tr>
      <w:tr w:rsidR="00C85C0B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C85C0B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186F192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4"/>
          </w:tcPr>
          <w:p w14:paraId="50EE20EA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5A7197A9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2"/>
          </w:tcPr>
          <w:p w14:paraId="52D40263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2A6C818F" w14:textId="77777777" w:rsidR="00C85C0B" w:rsidRDefault="00C85C0B">
            <w:pPr>
              <w:keepNext/>
            </w:pPr>
          </w:p>
        </w:tc>
      </w:tr>
      <w:tr w:rsidR="00C85C0B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F3D8CE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075341D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0120A0F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6F18AE5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E48DEE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7B25ACF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F6960D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38B4DB2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D48C9FB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C794EFE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14D83194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44F2C34C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303B0DDB" w14:textId="77777777" w:rsidR="00C85C0B" w:rsidRDefault="00C85C0B">
            <w:pPr>
              <w:keepNext/>
            </w:pPr>
          </w:p>
        </w:tc>
      </w:tr>
      <w:tr w:rsidR="00C85C0B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C85C0B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1D1557B5" w14:textId="77777777" w:rsidR="00C85C0B" w:rsidRDefault="00C85C0B"/>
        </w:tc>
        <w:tc>
          <w:tcPr>
            <w:tcW w:w="5621" w:type="dxa"/>
            <w:gridSpan w:val="5"/>
          </w:tcPr>
          <w:p w14:paraId="56D269E2" w14:textId="77777777" w:rsidR="00C85C0B" w:rsidRDefault="00000000">
            <w:r>
              <w:rPr>
                <w:b/>
                <w:color w:val="0D5F78"/>
              </w:rPr>
              <w:t>E-mail</w:t>
            </w:r>
          </w:p>
          <w:p w14:paraId="6134E69B" w14:textId="77777777" w:rsidR="00C85C0B" w:rsidRDefault="00C85C0B"/>
        </w:tc>
      </w:tr>
    </w:tbl>
    <w:p w14:paraId="4DBE4EFE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NOTIFICAREA</w:t>
            </w:r>
          </w:p>
        </w:tc>
      </w:tr>
      <w:tr w:rsidR="00C85C0B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Default="00000000">
            <w:r>
              <w:rPr>
                <w:b/>
                <w:color w:val="0D5F78"/>
              </w:rPr>
              <w:t xml:space="preserve">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notificării</w:t>
            </w:r>
            <w:proofErr w:type="spellEnd"/>
          </w:p>
          <w:p w14:paraId="782A3FB4" w14:textId="77777777" w:rsidR="00C85C0B" w:rsidRDefault="00C85C0B"/>
        </w:tc>
        <w:tc>
          <w:tcPr>
            <w:tcW w:w="2409" w:type="dxa"/>
          </w:tcPr>
          <w:p w14:paraId="07DACF42" w14:textId="77777777" w:rsidR="00C85C0B" w:rsidRDefault="00000000"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cod</w:t>
            </w:r>
            <w:proofErr w:type="gramEnd"/>
          </w:p>
          <w:p w14:paraId="704DDBFC" w14:textId="77777777" w:rsidR="00C85C0B" w:rsidRDefault="00C85C0B"/>
        </w:tc>
        <w:tc>
          <w:tcPr>
            <w:tcW w:w="4818" w:type="dxa"/>
          </w:tcPr>
          <w:p w14:paraId="75FD378C" w14:textId="77777777" w:rsidR="00C85C0B" w:rsidRDefault="00000000">
            <w:proofErr w:type="spellStart"/>
            <w:r>
              <w:rPr>
                <w:b/>
                <w:color w:val="0D5F78"/>
              </w:rPr>
              <w:t>Imobilul</w:t>
            </w:r>
            <w:proofErr w:type="spellEnd"/>
          </w:p>
          <w:p w14:paraId="0E48F05F" w14:textId="77777777" w:rsidR="00C85C0B" w:rsidRDefault="00C85C0B"/>
        </w:tc>
      </w:tr>
    </w:tbl>
    <w:p w14:paraId="13D2FF9F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EXECUȚIA ȘI RECEPȚIA</w:t>
            </w:r>
          </w:p>
        </w:tc>
      </w:tr>
      <w:tr w:rsidR="00C85C0B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începerii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</w:p>
          <w:p w14:paraId="2D6D470D" w14:textId="77777777" w:rsidR="00C85C0B" w:rsidRDefault="00000000">
            <w:pPr>
              <w:keepNext/>
            </w:pPr>
            <w:r>
              <w:rPr>
                <w:i/>
                <w:color w:val="7A7A7A"/>
              </w:rPr>
              <w:t xml:space="preserve">se </w:t>
            </w:r>
            <w:proofErr w:type="spellStart"/>
            <w:r>
              <w:rPr>
                <w:i/>
                <w:color w:val="7A7A7A"/>
              </w:rPr>
              <w:t>declară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aici</w:t>
            </w:r>
            <w:proofErr w:type="spellEnd"/>
          </w:p>
          <w:p w14:paraId="544B9697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72DCF9A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finalizării</w:t>
            </w:r>
            <w:proofErr w:type="spellEnd"/>
          </w:p>
          <w:p w14:paraId="2262F4A8" w14:textId="77777777" w:rsidR="00C85C0B" w:rsidRDefault="00C85C0B">
            <w:pPr>
              <w:keepNext/>
            </w:pPr>
          </w:p>
        </w:tc>
      </w:tr>
      <w:tr w:rsidR="00C85C0B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propusă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pentru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recepție</w:t>
            </w:r>
            <w:proofErr w:type="spellEnd"/>
          </w:p>
          <w:p w14:paraId="327C4FB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60A9FC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ora</w:t>
            </w:r>
          </w:p>
          <w:p w14:paraId="40A08B01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6A018CE9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locul</w:t>
            </w:r>
            <w:proofErr w:type="spellEnd"/>
          </w:p>
          <w:p w14:paraId="5887C7E5" w14:textId="77777777" w:rsidR="00C85C0B" w:rsidRDefault="00C85C0B">
            <w:pPr>
              <w:keepNext/>
            </w:pPr>
          </w:p>
        </w:tc>
      </w:tr>
      <w:tr w:rsidR="00C85C0B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Default="00150E80">
            <w:pPr>
              <w:spacing w:line="228" w:lineRule="auto"/>
            </w:pPr>
            <w:r>
              <w:t xml:space="preserve">Legea nr.169/2026 </w:t>
            </w:r>
            <w:proofErr w:type="spellStart"/>
            <w:r w:rsidRPr="00150E80">
              <w:t>privind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Codul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amenajării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teritoriului</w:t>
            </w:r>
            <w:proofErr w:type="spellEnd"/>
            <w:r w:rsidRPr="00150E80">
              <w:t xml:space="preserve">, </w:t>
            </w:r>
            <w:proofErr w:type="spellStart"/>
            <w:r w:rsidRPr="00150E80">
              <w:t>urbanismului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și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construcțiilor</w:t>
            </w:r>
            <w:proofErr w:type="spellEnd"/>
            <w:r>
              <w:t xml:space="preserve"> nu </w:t>
            </w:r>
            <w:proofErr w:type="spellStart"/>
            <w:r>
              <w:t>instituie</w:t>
            </w:r>
            <w:proofErr w:type="spellEnd"/>
            <w:r>
              <w:t xml:space="preserve"> o </w:t>
            </w:r>
            <w:proofErr w:type="spellStart"/>
            <w:r>
              <w:t>înștiințare</w:t>
            </w:r>
            <w:proofErr w:type="spellEnd"/>
            <w:r>
              <w:t xml:space="preserve"> </w:t>
            </w:r>
            <w:proofErr w:type="spellStart"/>
            <w:r>
              <w:t>distinctă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începerea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notificate</w:t>
            </w:r>
            <w:proofErr w:type="spellEnd"/>
            <w:r>
              <w:t xml:space="preserve">; data </w:t>
            </w:r>
            <w:proofErr w:type="spellStart"/>
            <w:r>
              <w:t>începerii</w:t>
            </w:r>
            <w:proofErr w:type="spellEnd"/>
            <w:r>
              <w:t xml:space="preserve"> se </w:t>
            </w:r>
            <w:proofErr w:type="spellStart"/>
            <w:r>
              <w:t>declară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prezentul</w:t>
            </w:r>
            <w:proofErr w:type="spellEnd"/>
            <w:r>
              <w:t xml:space="preserve"> formular </w:t>
            </w:r>
            <w:proofErr w:type="spellStart"/>
            <w:r>
              <w:t>și</w:t>
            </w:r>
            <w:proofErr w:type="spellEnd"/>
            <w:r>
              <w:t xml:space="preserve"> se </w:t>
            </w:r>
            <w:proofErr w:type="spellStart"/>
            <w:r>
              <w:t>consemnează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procesul</w:t>
            </w:r>
            <w:proofErr w:type="spellEnd"/>
            <w:r>
              <w:t xml:space="preserve">-verbal de </w:t>
            </w:r>
            <w:proofErr w:type="spellStart"/>
            <w:r>
              <w:t>recepție</w:t>
            </w:r>
            <w:proofErr w:type="spellEnd"/>
            <w:r>
              <w:t>.</w:t>
            </w:r>
          </w:p>
        </w:tc>
      </w:tr>
    </w:tbl>
    <w:p w14:paraId="049D9BE6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C85C0B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Default="00000000">
            <w:r>
              <w:rPr>
                <w:b/>
                <w:color w:val="0D5F78"/>
              </w:rPr>
              <w:t>Data</w:t>
            </w:r>
          </w:p>
          <w:p w14:paraId="3121BEF9" w14:textId="77777777" w:rsidR="00C85C0B" w:rsidRDefault="00C85C0B"/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Default="00000000">
            <w:proofErr w:type="spellStart"/>
            <w:r>
              <w:rPr>
                <w:b/>
                <w:color w:val="0D5F78"/>
              </w:rPr>
              <w:t>Beneficiarul</w:t>
            </w:r>
            <w:proofErr w:type="spellEnd"/>
          </w:p>
          <w:p w14:paraId="2DCA5FDA" w14:textId="77777777" w:rsidR="00C85C0B" w:rsidRDefault="00C85C0B"/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65AB599" w14:textId="77777777" w:rsidR="00C85C0B" w:rsidRDefault="00C85C0B"/>
        </w:tc>
      </w:tr>
    </w:tbl>
    <w:p w14:paraId="3AF77583" w14:textId="77777777" w:rsidR="00C85C0B" w:rsidRDefault="00C85C0B">
      <w:pPr>
        <w:spacing w:line="168" w:lineRule="auto"/>
      </w:pPr>
    </w:p>
    <w:sectPr w:rsidR="00C85C0B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1EBF" w14:textId="77777777" w:rsidR="0063546A" w:rsidRDefault="0063546A">
      <w:r>
        <w:separator/>
      </w:r>
    </w:p>
  </w:endnote>
  <w:endnote w:type="continuationSeparator" w:id="0">
    <w:p w14:paraId="4E8C78FF" w14:textId="77777777" w:rsidR="0063546A" w:rsidRDefault="0063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726" w14:textId="77777777" w:rsidR="00C85C0B" w:rsidRDefault="00000000">
    <w:pPr>
      <w:pStyle w:val="Footer"/>
      <w:tabs>
        <w:tab w:val="right" w:pos="9639"/>
      </w:tabs>
    </w:pPr>
    <w:r>
      <w:rPr>
        <w:color w:val="595959"/>
      </w:rPr>
      <w:t xml:space="preserve">F_NOT_07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A8AC" w14:textId="77777777" w:rsidR="0063546A" w:rsidRDefault="0063546A">
      <w:r>
        <w:separator/>
      </w:r>
    </w:p>
  </w:footnote>
  <w:footnote w:type="continuationSeparator" w:id="0">
    <w:p w14:paraId="246FDBE0" w14:textId="77777777" w:rsidR="0063546A" w:rsidRDefault="00635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328430">
    <w:abstractNumId w:val="8"/>
  </w:num>
  <w:num w:numId="2" w16cid:durableId="1130898323">
    <w:abstractNumId w:val="6"/>
  </w:num>
  <w:num w:numId="3" w16cid:durableId="896206482">
    <w:abstractNumId w:val="5"/>
  </w:num>
  <w:num w:numId="4" w16cid:durableId="274681599">
    <w:abstractNumId w:val="4"/>
  </w:num>
  <w:num w:numId="5" w16cid:durableId="1333411861">
    <w:abstractNumId w:val="7"/>
  </w:num>
  <w:num w:numId="6" w16cid:durableId="1480608108">
    <w:abstractNumId w:val="3"/>
  </w:num>
  <w:num w:numId="7" w16cid:durableId="2120636634">
    <w:abstractNumId w:val="2"/>
  </w:num>
  <w:num w:numId="8" w16cid:durableId="967707077">
    <w:abstractNumId w:val="1"/>
  </w:num>
  <w:num w:numId="9" w16cid:durableId="184912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0E80"/>
    <w:rsid w:val="0029639D"/>
    <w:rsid w:val="00326F90"/>
    <w:rsid w:val="003A7070"/>
    <w:rsid w:val="003F0F62"/>
    <w:rsid w:val="004D50AF"/>
    <w:rsid w:val="005C02E4"/>
    <w:rsid w:val="0063546A"/>
    <w:rsid w:val="00756B01"/>
    <w:rsid w:val="00AA1D8D"/>
    <w:rsid w:val="00B47730"/>
    <w:rsid w:val="00B94163"/>
    <w:rsid w:val="00C85C0B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E91569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4</cp:revision>
  <dcterms:created xsi:type="dcterms:W3CDTF">2013-12-23T23:15:00Z</dcterms:created>
  <dcterms:modified xsi:type="dcterms:W3CDTF">2026-08-27T13:25:00Z</dcterms:modified>
  <cp:category/>
</cp:coreProperties>
</file>