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4BF87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9456A7" w14:paraId="7C701AD5" w14:textId="77777777" w:rsidTr="009456A7">
        <w:trPr>
          <w:trHeight w:val="393"/>
        </w:trPr>
        <w:tc>
          <w:tcPr>
            <w:tcW w:w="1641" w:type="dxa"/>
            <w:vMerge w:val="restart"/>
          </w:tcPr>
          <w:p w14:paraId="4552A495" w14:textId="77777777" w:rsidR="009456A7" w:rsidRDefault="009456A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72F6ABA0" wp14:editId="7C2309F7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0E80C0C6" w14:textId="77777777" w:rsidR="009456A7" w:rsidRDefault="009456A7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9456A7" w14:paraId="5672DC35" w14:textId="77777777" w:rsidTr="009456A7">
        <w:trPr>
          <w:trHeight w:val="206"/>
        </w:trPr>
        <w:tc>
          <w:tcPr>
            <w:tcW w:w="1641" w:type="dxa"/>
            <w:vMerge/>
          </w:tcPr>
          <w:p w14:paraId="73C25257" w14:textId="77777777" w:rsidR="009456A7" w:rsidRDefault="009456A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00DDC247" w14:textId="77777777" w:rsidR="009456A7" w:rsidRPr="000F4882" w:rsidRDefault="009456A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9456A7" w14:paraId="43E0D5FE" w14:textId="77777777" w:rsidTr="009456A7">
        <w:trPr>
          <w:trHeight w:val="206"/>
        </w:trPr>
        <w:tc>
          <w:tcPr>
            <w:tcW w:w="1641" w:type="dxa"/>
            <w:vMerge/>
          </w:tcPr>
          <w:p w14:paraId="0F76C2DC" w14:textId="77777777" w:rsidR="009456A7" w:rsidRDefault="009456A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5A1E3C8D" w14:textId="77777777" w:rsidR="009456A7" w:rsidRPr="000F4882" w:rsidRDefault="009456A7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5505C3C4" w14:textId="77777777" w:rsidR="009456A7" w:rsidRPr="000F4882" w:rsidRDefault="009456A7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934082C" w14:textId="77777777" w:rsidR="009456A7" w:rsidRPr="000F4882" w:rsidRDefault="009456A7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3C2A753F" w14:textId="77777777" w:rsidR="009456A7" w:rsidRPr="000F4882" w:rsidRDefault="009456A7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9456A7" w14:paraId="600AE292" w14:textId="77777777" w:rsidTr="009456A7">
        <w:trPr>
          <w:trHeight w:val="416"/>
        </w:trPr>
        <w:tc>
          <w:tcPr>
            <w:tcW w:w="1641" w:type="dxa"/>
            <w:vMerge/>
          </w:tcPr>
          <w:p w14:paraId="237E3E87" w14:textId="77777777" w:rsidR="009456A7" w:rsidRDefault="009456A7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3D317EEF" w14:textId="77777777" w:rsidR="009456A7" w:rsidRDefault="009456A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EDF7203" w14:textId="77777777" w:rsidR="009456A7" w:rsidRPr="000F4882" w:rsidRDefault="009456A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4D25B91A" w14:textId="77777777" w:rsidR="009456A7" w:rsidRDefault="009456A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3B3AF662" w14:textId="77777777" w:rsidR="009456A7" w:rsidRPr="000F4882" w:rsidRDefault="009456A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9456A7" w14:paraId="2DB0CEB4" w14:textId="77777777" w:rsidTr="009456A7">
        <w:trPr>
          <w:trHeight w:val="165"/>
        </w:trPr>
        <w:tc>
          <w:tcPr>
            <w:tcW w:w="9606" w:type="dxa"/>
            <w:gridSpan w:val="4"/>
          </w:tcPr>
          <w:p w14:paraId="1CA2D422" w14:textId="77777777" w:rsidR="009456A7" w:rsidRDefault="009456A7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70547CAD" w14:textId="77777777" w:rsidR="00846492" w:rsidRPr="00932ED5" w:rsidRDefault="00000000">
      <w:pPr>
        <w:spacing w:before="140" w:after="40"/>
        <w:jc w:val="center"/>
        <w:rPr>
          <w:sz w:val="28"/>
          <w:szCs w:val="28"/>
        </w:rPr>
      </w:pPr>
      <w:r w:rsidRPr="00932ED5">
        <w:rPr>
          <w:b/>
          <w:sz w:val="28"/>
          <w:szCs w:val="28"/>
        </w:rPr>
        <w:t>NOTIFICARE</w:t>
      </w:r>
    </w:p>
    <w:p w14:paraId="51E10078" w14:textId="77777777" w:rsidR="00846492" w:rsidRDefault="00846492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38BA778" w14:textId="77777777">
        <w:trPr>
          <w:cantSplit/>
        </w:trPr>
        <w:tc>
          <w:tcPr>
            <w:tcW w:w="9636" w:type="dxa"/>
            <w:shd w:val="clear" w:color="auto" w:fill="F4F4F4"/>
          </w:tcPr>
          <w:p w14:paraId="3FDBEFCF" w14:textId="77777777" w:rsidR="00846492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846492" w:rsidRPr="003869B3" w14:paraId="27F279BA" w14:textId="77777777">
        <w:trPr>
          <w:cantSplit/>
          <w:trHeight w:val="510"/>
        </w:trPr>
        <w:tc>
          <w:tcPr>
            <w:tcW w:w="9636" w:type="dxa"/>
          </w:tcPr>
          <w:p w14:paraId="4FA4AD8A" w14:textId="77777777" w:rsidR="00846492" w:rsidRPr="00AD1D4A" w:rsidRDefault="00000000">
            <w:pPr>
              <w:keepNext/>
              <w:rPr>
                <w:lang w:val="fr-FR"/>
              </w:rPr>
            </w:pPr>
            <w:proofErr w:type="spellStart"/>
            <w:r w:rsidRPr="00AD1D4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7BA26637" w14:textId="77777777" w:rsidR="00846492" w:rsidRPr="00AD1D4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AD1D4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AD1D4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sector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20383914" w14:textId="77777777" w:rsidR="00846492" w:rsidRPr="00AD1D4A" w:rsidRDefault="00846492">
            <w:pPr>
              <w:keepNext/>
              <w:rPr>
                <w:lang w:val="fr-FR"/>
              </w:rPr>
            </w:pPr>
          </w:p>
        </w:tc>
      </w:tr>
      <w:tr w:rsidR="00846492" w:rsidRPr="003869B3" w14:paraId="28848CD0" w14:textId="77777777">
        <w:trPr>
          <w:cantSplit/>
        </w:trPr>
        <w:tc>
          <w:tcPr>
            <w:tcW w:w="9636" w:type="dxa"/>
            <w:shd w:val="clear" w:color="auto" w:fill="F4F4F4"/>
          </w:tcPr>
          <w:p w14:paraId="1C3496A9" w14:textId="77777777" w:rsidR="00846492" w:rsidRPr="00AD1D4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AD1D4A">
              <w:rPr>
                <w:lang w:val="fr-FR"/>
              </w:rPr>
              <w:t>Cererea</w:t>
            </w:r>
            <w:proofErr w:type="spellEnd"/>
            <w:r w:rsidRPr="00AD1D4A">
              <w:rPr>
                <w:lang w:val="fr-FR"/>
              </w:rPr>
              <w:t xml:space="preserve"> va fi </w:t>
            </w:r>
            <w:proofErr w:type="spellStart"/>
            <w:r w:rsidRPr="00AD1D4A">
              <w:rPr>
                <w:lang w:val="fr-FR"/>
              </w:rPr>
              <w:t>transmisă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către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președintele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consiliului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județean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general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de </w:t>
            </w:r>
            <w:proofErr w:type="spellStart"/>
            <w:r w:rsidRPr="00AD1D4A">
              <w:rPr>
                <w:lang w:val="fr-FR"/>
              </w:rPr>
              <w:t>sector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sau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municipiului</w:t>
            </w:r>
            <w:proofErr w:type="spellEnd"/>
            <w:r w:rsidRPr="00AD1D4A">
              <w:rPr>
                <w:lang w:val="fr-FR"/>
              </w:rPr>
              <w:t xml:space="preserve"> / </w:t>
            </w:r>
            <w:proofErr w:type="spellStart"/>
            <w:r w:rsidRPr="00AD1D4A">
              <w:rPr>
                <w:lang w:val="fr-FR"/>
              </w:rPr>
              <w:t>orașului</w:t>
            </w:r>
            <w:proofErr w:type="spellEnd"/>
            <w:r w:rsidRPr="00AD1D4A">
              <w:rPr>
                <w:lang w:val="fr-FR"/>
              </w:rPr>
              <w:t xml:space="preserve"> / </w:t>
            </w:r>
            <w:proofErr w:type="spellStart"/>
            <w:r w:rsidRPr="00AD1D4A">
              <w:rPr>
                <w:lang w:val="fr-FR"/>
              </w:rPr>
              <w:t>comunei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după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caz</w:t>
            </w:r>
            <w:proofErr w:type="spellEnd"/>
            <w:r w:rsidRPr="00AD1D4A">
              <w:rPr>
                <w:lang w:val="fr-FR"/>
              </w:rPr>
              <w:t>.</w:t>
            </w:r>
          </w:p>
        </w:tc>
      </w:tr>
    </w:tbl>
    <w:p w14:paraId="001AE2FB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846492" w14:paraId="7DF841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2825B60" w14:textId="77777777" w:rsidR="00846492" w:rsidRDefault="00000000">
            <w:pPr>
              <w:keepNext/>
            </w:pPr>
            <w:r w:rsidRPr="00AD1D4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846492" w14:paraId="7E6A7A49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37F3BD42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CB056C9" w14:textId="77777777" w:rsidR="00846492" w:rsidRDefault="00846492">
            <w:pPr>
              <w:keepNext/>
            </w:pPr>
          </w:p>
        </w:tc>
        <w:tc>
          <w:tcPr>
            <w:tcW w:w="4015" w:type="dxa"/>
            <w:gridSpan w:val="3"/>
          </w:tcPr>
          <w:p w14:paraId="33FE0D46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4500F5F" w14:textId="77777777" w:rsidR="00846492" w:rsidRDefault="00846492">
            <w:pPr>
              <w:keepNext/>
            </w:pPr>
          </w:p>
        </w:tc>
      </w:tr>
      <w:tr w:rsidR="00846492" w14:paraId="65BEB29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E24D5C" w14:textId="77777777" w:rsidR="00846492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846492" w14:paraId="3F106F45" w14:textId="77777777">
        <w:trPr>
          <w:cantSplit/>
          <w:trHeight w:val="510"/>
        </w:trPr>
        <w:tc>
          <w:tcPr>
            <w:tcW w:w="1606" w:type="dxa"/>
          </w:tcPr>
          <w:p w14:paraId="5FD62179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4CEF7E6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0308FD56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0AEB8A5C" w14:textId="77777777" w:rsidR="00846492" w:rsidRDefault="00846492">
            <w:pPr>
              <w:keepNext/>
            </w:pPr>
          </w:p>
        </w:tc>
        <w:tc>
          <w:tcPr>
            <w:tcW w:w="4818" w:type="dxa"/>
            <w:gridSpan w:val="5"/>
          </w:tcPr>
          <w:p w14:paraId="0927B528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535D7FCF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44FD134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3BDA4185" w14:textId="77777777" w:rsidR="00846492" w:rsidRDefault="00846492">
            <w:pPr>
              <w:keepNext/>
            </w:pPr>
          </w:p>
        </w:tc>
      </w:tr>
      <w:tr w:rsidR="00846492" w14:paraId="5C5C588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898FBE" w14:textId="77777777" w:rsidR="00846492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846492" w14:paraId="3CD32D4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DBCC0C1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2D3B8F2C" w14:textId="77777777" w:rsidR="00846492" w:rsidRDefault="00846492">
            <w:pPr>
              <w:keepNext/>
            </w:pPr>
          </w:p>
        </w:tc>
        <w:tc>
          <w:tcPr>
            <w:tcW w:w="3212" w:type="dxa"/>
            <w:gridSpan w:val="4"/>
          </w:tcPr>
          <w:p w14:paraId="60F04367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7C56BE00" w14:textId="77777777" w:rsidR="00846492" w:rsidRDefault="00846492">
            <w:pPr>
              <w:keepNext/>
            </w:pPr>
          </w:p>
        </w:tc>
        <w:tc>
          <w:tcPr>
            <w:tcW w:w="3212" w:type="dxa"/>
            <w:gridSpan w:val="2"/>
          </w:tcPr>
          <w:p w14:paraId="26C4024F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4899515D" w14:textId="77777777" w:rsidR="00846492" w:rsidRDefault="00846492">
            <w:pPr>
              <w:keepNext/>
            </w:pPr>
          </w:p>
        </w:tc>
      </w:tr>
      <w:tr w:rsidR="00846492" w14:paraId="2A8317DE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C7C19F7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FFCDC2B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72972360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B351E33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2FD45BFA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0D94A4F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2B046CE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3D38ABA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457DE39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991DEB2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3C191247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8DF0FCD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106DF56E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656D3B26" w14:textId="77777777" w:rsidR="00846492" w:rsidRDefault="00846492">
            <w:pPr>
              <w:keepNext/>
            </w:pPr>
          </w:p>
        </w:tc>
      </w:tr>
      <w:tr w:rsidR="00846492" w14:paraId="23177AC9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2376B2E" w14:textId="77777777" w:rsidR="00846492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846492" w14:paraId="4FED465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56CE37E7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40438351" w14:textId="77777777" w:rsidR="00846492" w:rsidRDefault="00846492">
            <w:pPr>
              <w:keepNext/>
            </w:pPr>
          </w:p>
        </w:tc>
        <w:tc>
          <w:tcPr>
            <w:tcW w:w="5621" w:type="dxa"/>
            <w:gridSpan w:val="5"/>
          </w:tcPr>
          <w:p w14:paraId="79119190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20A4B08" w14:textId="77777777" w:rsidR="00846492" w:rsidRDefault="00846492">
            <w:pPr>
              <w:keepNext/>
            </w:pPr>
          </w:p>
        </w:tc>
      </w:tr>
      <w:tr w:rsidR="00846492" w:rsidRPr="003869B3" w14:paraId="02C440B7" w14:textId="77777777">
        <w:trPr>
          <w:cantSplit/>
        </w:trPr>
        <w:tc>
          <w:tcPr>
            <w:tcW w:w="9636" w:type="dxa"/>
            <w:gridSpan w:val="8"/>
          </w:tcPr>
          <w:p w14:paraId="5CB0B95E" w14:textId="77777777" w:rsidR="00846492" w:rsidRPr="00AD1D4A" w:rsidRDefault="00000000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titular</w:t>
            </w:r>
            <w:proofErr w:type="spellEnd"/>
            <w:r w:rsidRPr="00AD1D4A">
              <w:rPr>
                <w:sz w:val="16"/>
                <w:lang w:val="fr-FR"/>
              </w:rPr>
              <w:t xml:space="preserve"> al </w:t>
            </w:r>
            <w:proofErr w:type="spellStart"/>
            <w:r w:rsidRPr="00AD1D4A">
              <w:rPr>
                <w:sz w:val="16"/>
                <w:lang w:val="fr-FR"/>
              </w:rPr>
              <w:t>dreptului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proprietate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împuternicit</w:t>
            </w:r>
            <w:proofErr w:type="spellEnd"/>
            <w:r w:rsidRPr="00AD1D4A">
              <w:rPr>
                <w:sz w:val="16"/>
                <w:lang w:val="fr-FR"/>
              </w:rPr>
              <w:t xml:space="preserve"> al </w:t>
            </w:r>
            <w:proofErr w:type="spellStart"/>
            <w:r w:rsidRPr="00AD1D4A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3DF35FBB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1606"/>
        <w:gridCol w:w="1606"/>
      </w:tblGrid>
      <w:tr w:rsidR="00AD1D4A" w14:paraId="5929B42D" w14:textId="77777777" w:rsidTr="00F80068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0123E58B" w14:textId="77777777" w:rsidR="00AD1D4A" w:rsidRDefault="00AD1D4A" w:rsidP="00F80068">
            <w:pPr>
              <w:keepNext/>
            </w:pP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1D4A" w14:paraId="5039B336" w14:textId="77777777" w:rsidTr="00F80068">
        <w:trPr>
          <w:cantSplit/>
          <w:trHeight w:val="510"/>
        </w:trPr>
        <w:tc>
          <w:tcPr>
            <w:tcW w:w="4818" w:type="dxa"/>
          </w:tcPr>
          <w:p w14:paraId="2FF20268" w14:textId="77777777" w:rsidR="00AD1D4A" w:rsidRDefault="00AD1D4A" w:rsidP="00F80068">
            <w:pPr>
              <w:keepNext/>
            </w:pPr>
            <w:proofErr w:type="spellStart"/>
            <w:r>
              <w:rPr>
                <w:b/>
                <w:color w:val="0D5F78"/>
              </w:rPr>
              <w:t>Localizare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adresă</w:t>
            </w:r>
            <w:proofErr w:type="spellEnd"/>
          </w:p>
          <w:p w14:paraId="72532FD6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7C5F1FB2" w14:textId="77777777" w:rsidR="00AD1D4A" w:rsidRDefault="00AD1D4A" w:rsidP="00F80068">
            <w:pPr>
              <w:keepNext/>
            </w:pPr>
            <w:r>
              <w:rPr>
                <w:b/>
                <w:color w:val="0D5F78"/>
              </w:rPr>
              <w:t>Nr. cadastral</w:t>
            </w:r>
          </w:p>
          <w:p w14:paraId="684FF2B6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5E1F247B" w14:textId="77777777" w:rsidR="00AD1D4A" w:rsidRDefault="00AD1D4A" w:rsidP="00F80068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</w:p>
          <w:p w14:paraId="6BC75FE4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5AB6AC88" w14:textId="77777777" w:rsidR="00AD1D4A" w:rsidRDefault="00AD1D4A" w:rsidP="00F80068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(</w:t>
            </w:r>
            <w:proofErr w:type="spellStart"/>
            <w:r>
              <w:rPr>
                <w:b/>
                <w:color w:val="0D5F78"/>
              </w:rPr>
              <w:t>mp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2D05BD3E" w14:textId="77777777" w:rsidR="00AD1D4A" w:rsidRDefault="00AD1D4A" w:rsidP="00F80068">
            <w:pPr>
              <w:keepNext/>
            </w:pPr>
          </w:p>
        </w:tc>
      </w:tr>
      <w:tr w:rsidR="00AD1D4A" w14:paraId="3339180E" w14:textId="77777777" w:rsidTr="00F80068">
        <w:trPr>
          <w:cantSplit/>
        </w:trPr>
        <w:tc>
          <w:tcPr>
            <w:tcW w:w="9636" w:type="dxa"/>
            <w:gridSpan w:val="4"/>
          </w:tcPr>
          <w:p w14:paraId="509D0797" w14:textId="77777777" w:rsidR="00AD1D4A" w:rsidRDefault="00AD1D4A" w:rsidP="00F80068">
            <w:pPr>
              <w:keepNext/>
            </w:pPr>
            <w:r>
              <w:rPr>
                <w:sz w:val="16"/>
              </w:rPr>
              <w:t xml:space="preserve">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intravilan</w:t>
            </w:r>
            <w:proofErr w:type="spellEnd"/>
            <w:r>
              <w:rPr>
                <w:sz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extravilan</w:t>
            </w:r>
            <w:proofErr w:type="spellEnd"/>
            <w:r>
              <w:rPr>
                <w:sz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 rural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 urban</w:t>
            </w:r>
          </w:p>
        </w:tc>
      </w:tr>
      <w:tr w:rsidR="00AD1D4A" w:rsidRPr="003869B3" w14:paraId="69FFC6D8" w14:textId="77777777" w:rsidTr="00F80068">
        <w:trPr>
          <w:cantSplit/>
        </w:trPr>
        <w:tc>
          <w:tcPr>
            <w:tcW w:w="9636" w:type="dxa"/>
            <w:gridSpan w:val="4"/>
          </w:tcPr>
          <w:p w14:paraId="305C8FA7" w14:textId="77777777" w:rsidR="00AD1D4A" w:rsidRPr="00AD1D4A" w:rsidRDefault="00AD1D4A" w:rsidP="00F80068">
            <w:pPr>
              <w:keepNext/>
              <w:rPr>
                <w:lang w:val="fr-FR"/>
              </w:rPr>
            </w:pPr>
            <w:r>
              <w:rPr>
                <w:sz w:val="16"/>
              </w:rPr>
              <w:t xml:space="preserve">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localitate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rurală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proofErr w:type="gramStart"/>
            <w:r w:rsidRPr="00AD1D4A">
              <w:rPr>
                <w:sz w:val="16"/>
                <w:lang w:val="fr-FR"/>
              </w:rPr>
              <w:t>metropolitană</w:t>
            </w:r>
            <w:proofErr w:type="spellEnd"/>
            <w:r w:rsidRPr="00AD1D4A">
              <w:rPr>
                <w:sz w:val="16"/>
                <w:lang w:val="fr-FR"/>
              </w:rPr>
              <w:t>:</w:t>
            </w:r>
            <w:proofErr w:type="gramEnd"/>
            <w:r w:rsidRPr="00AD1D4A">
              <w:rPr>
                <w:sz w:val="16"/>
                <w:lang w:val="fr-FR"/>
              </w:rPr>
              <w:t xml:space="preserve"> DA    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NU    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neaplicabil</w:t>
            </w:r>
            <w:proofErr w:type="spellEnd"/>
          </w:p>
        </w:tc>
      </w:tr>
      <w:tr w:rsidR="00AD1D4A" w:rsidRPr="003869B3" w14:paraId="042EFAE0" w14:textId="77777777" w:rsidTr="00F80068">
        <w:trPr>
          <w:cantSplit/>
          <w:trHeight w:val="510"/>
        </w:trPr>
        <w:tc>
          <w:tcPr>
            <w:tcW w:w="9636" w:type="dxa"/>
            <w:gridSpan w:val="4"/>
          </w:tcPr>
          <w:p w14:paraId="147C29C2" w14:textId="77777777" w:rsidR="00AD1D4A" w:rsidRPr="00AD1D4A" w:rsidRDefault="00AD1D4A" w:rsidP="00F80068">
            <w:pPr>
              <w:keepNext/>
              <w:rPr>
                <w:lang w:val="fr-FR"/>
              </w:rPr>
            </w:pPr>
            <w:proofErr w:type="spellStart"/>
            <w:r w:rsidRPr="00AD1D4A">
              <w:rPr>
                <w:b/>
                <w:color w:val="0D5F78"/>
                <w:lang w:val="fr-FR"/>
              </w:rPr>
              <w:t>Documentația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urbanism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/ UTR /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reglementarea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aplicabilă</w:t>
            </w:r>
            <w:proofErr w:type="spellEnd"/>
          </w:p>
          <w:p w14:paraId="7A5AB06B" w14:textId="77777777" w:rsidR="00AD1D4A" w:rsidRPr="00AD1D4A" w:rsidRDefault="00AD1D4A" w:rsidP="00F80068">
            <w:pPr>
              <w:keepNext/>
              <w:rPr>
                <w:lang w:val="fr-FR"/>
              </w:rPr>
            </w:pPr>
          </w:p>
        </w:tc>
      </w:tr>
      <w:tr w:rsidR="00AD1D4A" w14:paraId="29E39CB8" w14:textId="77777777" w:rsidTr="00F80068">
        <w:trPr>
          <w:cantSplit/>
        </w:trPr>
        <w:tc>
          <w:tcPr>
            <w:tcW w:w="9636" w:type="dxa"/>
            <w:gridSpan w:val="4"/>
          </w:tcPr>
          <w:p w14:paraId="195B1C8C" w14:textId="77777777" w:rsidR="00AD1D4A" w:rsidRPr="00AD1D4A" w:rsidRDefault="00AD1D4A" w:rsidP="00F80068">
            <w:pPr>
              <w:rPr>
                <w:lang w:val="fr-FR"/>
              </w:rPr>
            </w:pP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afara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zonelor</w:t>
            </w:r>
            <w:proofErr w:type="spellEnd"/>
            <w:r w:rsidRPr="00AD1D4A">
              <w:rPr>
                <w:sz w:val="16"/>
                <w:lang w:val="fr-FR"/>
              </w:rPr>
              <w:t xml:space="preserve"> construite </w:t>
            </w:r>
            <w:proofErr w:type="spellStart"/>
            <w:r w:rsidRPr="00AD1D4A">
              <w:rPr>
                <w:sz w:val="16"/>
                <w:lang w:val="fr-FR"/>
              </w:rPr>
              <w:t>protejate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și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zonelor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monumentelor</w:t>
            </w:r>
            <w:proofErr w:type="spellEnd"/>
          </w:p>
          <w:p w14:paraId="5762F10A" w14:textId="77777777" w:rsidR="00AD1D4A" w:rsidRPr="00AD1D4A" w:rsidRDefault="00AD1D4A" w:rsidP="00F80068">
            <w:pPr>
              <w:rPr>
                <w:lang w:val="fr-FR"/>
              </w:rPr>
            </w:pP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construită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protejată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monumentului</w:t>
            </w:r>
            <w:proofErr w:type="spellEnd"/>
          </w:p>
          <w:p w14:paraId="09C5DFBB" w14:textId="77777777" w:rsidR="00AD1D4A" w:rsidRDefault="00AD1D4A" w:rsidP="00F80068"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curs de </w:t>
            </w:r>
            <w:proofErr w:type="spellStart"/>
            <w:r>
              <w:rPr>
                <w:sz w:val="16"/>
              </w:rPr>
              <w:t>clasare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valoare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arhitecturală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istorică</w:t>
            </w:r>
            <w:proofErr w:type="spellEnd"/>
          </w:p>
          <w:p w14:paraId="0724CD46" w14:textId="77777777" w:rsidR="00AD1D4A" w:rsidRDefault="00AD1D4A" w:rsidP="00F80068"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alt </w:t>
            </w:r>
            <w:proofErr w:type="spellStart"/>
            <w:r>
              <w:rPr>
                <w:sz w:val="16"/>
              </w:rPr>
              <w:t>regim</w:t>
            </w:r>
            <w:proofErr w:type="spellEnd"/>
            <w:r>
              <w:rPr>
                <w:sz w:val="16"/>
              </w:rPr>
              <w:t xml:space="preserve"> special</w:t>
            </w:r>
          </w:p>
        </w:tc>
      </w:tr>
    </w:tbl>
    <w:p w14:paraId="49B46F46" w14:textId="7F20C751" w:rsidR="00AD1D4A" w:rsidRDefault="00AD1D4A">
      <w:pPr>
        <w:spacing w:before="80" w:after="60"/>
        <w:jc w:val="center"/>
        <w:rPr>
          <w:sz w:val="18"/>
        </w:rPr>
      </w:pPr>
      <w:proofErr w:type="spellStart"/>
      <w:r w:rsidRPr="00AD1D4A">
        <w:rPr>
          <w:sz w:val="18"/>
        </w:rPr>
        <w:t>în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temeiul</w:t>
      </w:r>
      <w:proofErr w:type="spellEnd"/>
      <w:r w:rsidRPr="00AD1D4A">
        <w:rPr>
          <w:sz w:val="18"/>
        </w:rPr>
        <w:t xml:space="preserve"> art. 294–298 </w:t>
      </w:r>
      <w:r>
        <w:rPr>
          <w:sz w:val="18"/>
        </w:rPr>
        <w:t xml:space="preserve">din </w:t>
      </w:r>
      <w:r w:rsidRPr="00AD1D4A">
        <w:rPr>
          <w:sz w:val="18"/>
        </w:rPr>
        <w:t>Leg</w:t>
      </w:r>
      <w:r>
        <w:rPr>
          <w:sz w:val="18"/>
        </w:rPr>
        <w:t xml:space="preserve">ea </w:t>
      </w:r>
      <w:r w:rsidRPr="00AD1D4A">
        <w:rPr>
          <w:sz w:val="18"/>
        </w:rPr>
        <w:t xml:space="preserve">nr. 169/2026 </w:t>
      </w:r>
      <w:proofErr w:type="spellStart"/>
      <w:r w:rsidRPr="00AD1D4A">
        <w:rPr>
          <w:sz w:val="18"/>
        </w:rPr>
        <w:t>privind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Codul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amenajării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teritoriului</w:t>
      </w:r>
      <w:proofErr w:type="spellEnd"/>
      <w:r w:rsidRPr="00AD1D4A">
        <w:rPr>
          <w:sz w:val="18"/>
        </w:rPr>
        <w:t xml:space="preserve">, </w:t>
      </w:r>
      <w:proofErr w:type="spellStart"/>
      <w:r w:rsidRPr="00AD1D4A">
        <w:rPr>
          <w:sz w:val="18"/>
        </w:rPr>
        <w:t>urbanismului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și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construcțiilor</w:t>
      </w:r>
      <w:proofErr w:type="spellEnd"/>
      <w:r w:rsidRPr="00AD1D4A">
        <w:rPr>
          <w:sz w:val="18"/>
        </w:rPr>
        <w:t>,</w:t>
      </w:r>
    </w:p>
    <w:p w14:paraId="0CB86961" w14:textId="77777777" w:rsidR="00D2019F" w:rsidRDefault="00000000" w:rsidP="007C5D68">
      <w:pPr>
        <w:spacing w:before="80" w:after="60"/>
        <w:jc w:val="center"/>
        <w:rPr>
          <w:sz w:val="18"/>
        </w:rPr>
      </w:pPr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notific</w:t>
      </w:r>
      <w:proofErr w:type="spellEnd"/>
      <w:r w:rsidRPr="00AD1D4A">
        <w:rPr>
          <w:sz w:val="18"/>
        </w:rPr>
        <w:t xml:space="preserve"> </w:t>
      </w:r>
    </w:p>
    <w:p w14:paraId="3836DA1E" w14:textId="278B64AA" w:rsidR="00846492" w:rsidRDefault="00846492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7CC1166" w14:textId="77777777">
        <w:trPr>
          <w:cantSplit/>
        </w:trPr>
        <w:tc>
          <w:tcPr>
            <w:tcW w:w="9636" w:type="dxa"/>
            <w:shd w:val="clear" w:color="auto" w:fill="F4F4F4"/>
          </w:tcPr>
          <w:p w14:paraId="2B5A71CA" w14:textId="4F17B5DB" w:rsidR="00846492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 w:rsidR="00932ED5">
              <w:rPr>
                <w:b/>
                <w:sz w:val="16"/>
              </w:rPr>
              <w:t xml:space="preserve">EXECUTAREA URMĂTOARELOR </w:t>
            </w:r>
            <w:r>
              <w:rPr>
                <w:b/>
                <w:color w:val="000000"/>
                <w:sz w:val="18"/>
              </w:rPr>
              <w:t>LUCRĂRI</w:t>
            </w:r>
          </w:p>
        </w:tc>
      </w:tr>
      <w:tr w:rsidR="00846492" w14:paraId="56D845C5" w14:textId="77777777">
        <w:trPr>
          <w:cantSplit/>
        </w:trPr>
        <w:tc>
          <w:tcPr>
            <w:tcW w:w="9636" w:type="dxa"/>
            <w:shd w:val="clear" w:color="auto" w:fill="F4F4F4"/>
          </w:tcPr>
          <w:p w14:paraId="7AC446AD" w14:textId="02FE3DFF" w:rsidR="00846492" w:rsidRDefault="00000000">
            <w:pPr>
              <w:keepNext/>
            </w:pPr>
            <w:r>
              <w:rPr>
                <w:sz w:val="16"/>
              </w:rPr>
              <w:t xml:space="preserve"> A ·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mediul</w:t>
            </w:r>
            <w:proofErr w:type="spellEnd"/>
            <w:r>
              <w:rPr>
                <w:sz w:val="16"/>
              </w:rPr>
              <w:t xml:space="preserve"> rural,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intravila</w:t>
            </w:r>
            <w:r w:rsidR="007C5D68">
              <w:rPr>
                <w:sz w:val="16"/>
              </w:rPr>
              <w:t>n</w:t>
            </w:r>
            <w:proofErr w:type="spellEnd"/>
            <w:r w:rsidR="007C5D68">
              <w:rPr>
                <w:sz w:val="16"/>
              </w:rPr>
              <w:t xml:space="preserve">, din </w:t>
            </w:r>
            <w:proofErr w:type="spellStart"/>
            <w:r w:rsidR="007C5D68">
              <w:rPr>
                <w:sz w:val="16"/>
              </w:rPr>
              <w:t>categoria</w:t>
            </w:r>
            <w:proofErr w:type="spell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celor</w:t>
            </w:r>
            <w:proofErr w:type="spell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prevăzute</w:t>
            </w:r>
            <w:proofErr w:type="spellEnd"/>
            <w:r w:rsidR="007C5D68">
              <w:rPr>
                <w:sz w:val="16"/>
              </w:rPr>
              <w:t xml:space="preserve"> la </w:t>
            </w:r>
            <w:r>
              <w:rPr>
                <w:sz w:val="16"/>
              </w:rPr>
              <w:t xml:space="preserve">art. 294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>. (2) lit. a)</w:t>
            </w:r>
            <w:r w:rsidR="007C5D68">
              <w:rPr>
                <w:sz w:val="16"/>
              </w:rPr>
              <w:t xml:space="preserve"> din Legea nr. 169/2026</w:t>
            </w:r>
          </w:p>
        </w:tc>
      </w:tr>
      <w:tr w:rsidR="00846492" w:rsidRPr="003869B3" w14:paraId="7CDD9B28" w14:textId="77777777">
        <w:trPr>
          <w:cantSplit/>
        </w:trPr>
        <w:tc>
          <w:tcPr>
            <w:tcW w:w="9636" w:type="dxa"/>
          </w:tcPr>
          <w:p w14:paraId="41F97833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A.1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noi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exterioare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locuinței</w:t>
            </w:r>
            <w:proofErr w:type="spellEnd"/>
            <w:r w:rsidRPr="00AD1D4A">
              <w:rPr>
                <w:sz w:val="16"/>
                <w:lang w:val="fr-FR"/>
              </w:rPr>
              <w:t xml:space="preserve"> unifamiliale (</w:t>
            </w:r>
            <w:proofErr w:type="spellStart"/>
            <w:r w:rsidRPr="00AD1D4A">
              <w:rPr>
                <w:sz w:val="16"/>
                <w:lang w:val="fr-FR"/>
              </w:rPr>
              <w:t>garaje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pergole</w:t>
            </w:r>
            <w:proofErr w:type="spellEnd"/>
            <w:r w:rsidRPr="00AD1D4A">
              <w:rPr>
                <w:sz w:val="16"/>
                <w:lang w:val="fr-FR"/>
              </w:rPr>
              <w:t>, piscine…)</w:t>
            </w:r>
          </w:p>
          <w:p w14:paraId="1A850A01" w14:textId="5FFFDA1D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A.2 o </w:t>
            </w:r>
            <w:proofErr w:type="spellStart"/>
            <w:r w:rsidRPr="00AD1D4A">
              <w:rPr>
                <w:sz w:val="16"/>
                <w:lang w:val="fr-FR"/>
              </w:rPr>
              <w:t>singură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locuință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unifamilială</w:t>
            </w:r>
            <w:proofErr w:type="spellEnd"/>
            <w:r w:rsidRPr="00AD1D4A">
              <w:rPr>
                <w:sz w:val="16"/>
                <w:lang w:val="fr-FR"/>
              </w:rPr>
              <w:t xml:space="preserve"> (P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D+P, max. 150 </w:t>
            </w:r>
            <w:proofErr w:type="spellStart"/>
            <w:r w:rsidRPr="00AD1D4A">
              <w:rPr>
                <w:sz w:val="16"/>
                <w:lang w:val="fr-FR"/>
              </w:rPr>
              <w:t>mp</w:t>
            </w:r>
            <w:proofErr w:type="spellEnd"/>
            <w:r w:rsidR="00D2019F">
              <w:rPr>
                <w:sz w:val="16"/>
                <w:lang w:val="fr-FR"/>
              </w:rPr>
              <w:t xml:space="preserve">) : </w:t>
            </w:r>
            <w:r w:rsidR="00D2019F"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D2019F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bază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proofErr w:type="gramStart"/>
            <w:r w:rsidRPr="00AD1D4A">
              <w:rPr>
                <w:sz w:val="16"/>
                <w:lang w:val="fr-FR"/>
              </w:rPr>
              <w:t>proiect</w:t>
            </w:r>
            <w:proofErr w:type="spellEnd"/>
            <w:r w:rsidR="007F39C2">
              <w:rPr>
                <w:sz w:val="16"/>
                <w:lang w:val="fr-FR"/>
              </w:rPr>
              <w:t xml:space="preserve"> </w:t>
            </w:r>
            <w:r w:rsidR="00D2019F">
              <w:rPr>
                <w:sz w:val="16"/>
                <w:lang w:val="fr-FR"/>
              </w:rPr>
              <w:t xml:space="preserve"> /</w:t>
            </w:r>
            <w:proofErr w:type="gramEnd"/>
            <w:r w:rsidR="00D2019F">
              <w:rPr>
                <w:sz w:val="16"/>
                <w:lang w:val="fr-FR"/>
              </w:rPr>
              <w:t xml:space="preserve"> </w:t>
            </w:r>
            <w:r w:rsidR="00D2019F"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D2019F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proofErr w:type="spellStart"/>
            <w:r w:rsidR="00D2019F" w:rsidRPr="00AD1D4A">
              <w:rPr>
                <w:sz w:val="16"/>
                <w:lang w:val="fr-FR"/>
              </w:rPr>
              <w:t>pe</w:t>
            </w:r>
            <w:proofErr w:type="spellEnd"/>
            <w:r w:rsidR="00D2019F"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="00D2019F" w:rsidRPr="00AD1D4A">
              <w:rPr>
                <w:sz w:val="16"/>
                <w:lang w:val="fr-FR"/>
              </w:rPr>
              <w:t>bază</w:t>
            </w:r>
            <w:proofErr w:type="spellEnd"/>
            <w:r w:rsidR="00D2019F"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="00D2019F" w:rsidRPr="00AD1D4A">
              <w:rPr>
                <w:sz w:val="16"/>
                <w:lang w:val="fr-FR"/>
              </w:rPr>
              <w:t>proiect</w:t>
            </w:r>
            <w:proofErr w:type="spellEnd"/>
            <w:r w:rsidR="00D2019F">
              <w:rPr>
                <w:sz w:val="16"/>
                <w:lang w:val="fr-FR"/>
              </w:rPr>
              <w:t>-tip</w:t>
            </w:r>
          </w:p>
        </w:tc>
      </w:tr>
      <w:tr w:rsidR="00846492" w14:paraId="0B8A69FC" w14:textId="77777777">
        <w:trPr>
          <w:cantSplit/>
        </w:trPr>
        <w:tc>
          <w:tcPr>
            <w:tcW w:w="9636" w:type="dxa"/>
            <w:shd w:val="clear" w:color="auto" w:fill="F4F4F4"/>
          </w:tcPr>
          <w:p w14:paraId="5C9642B8" w14:textId="79EAAD23" w:rsidR="00846492" w:rsidRDefault="00000000">
            <w:pPr>
              <w:keepNext/>
            </w:pPr>
            <w:r w:rsidRPr="00AD1D4A">
              <w:rPr>
                <w:sz w:val="16"/>
                <w:lang w:val="fr-FR"/>
              </w:rPr>
              <w:t xml:space="preserve"> B · </w:t>
            </w:r>
            <w:proofErr w:type="spellStart"/>
            <w:r w:rsidRPr="00AD1D4A">
              <w:rPr>
                <w:sz w:val="16"/>
                <w:lang w:val="fr-FR"/>
              </w:rPr>
              <w:t>Intervenții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existente</w:t>
            </w:r>
            <w:proofErr w:type="spellEnd"/>
            <w:r w:rsidRPr="00AD1D4A">
              <w:rPr>
                <w:sz w:val="16"/>
                <w:lang w:val="fr-FR"/>
              </w:rPr>
              <w:t xml:space="preserve"> — </w:t>
            </w:r>
            <w:proofErr w:type="spellStart"/>
            <w:r w:rsidR="007C5D68" w:rsidRPr="007C5D68">
              <w:rPr>
                <w:sz w:val="16"/>
                <w:lang w:val="fr-FR"/>
              </w:rPr>
              <w:t>din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categoria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celor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prevăzute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la art. 294 </w:t>
            </w:r>
            <w:proofErr w:type="spellStart"/>
            <w:r w:rsidR="007C5D68" w:rsidRPr="007C5D68">
              <w:rPr>
                <w:sz w:val="16"/>
                <w:lang w:val="fr-FR"/>
              </w:rPr>
              <w:t>alin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. </w:t>
            </w:r>
            <w:r w:rsidR="007C5D68">
              <w:rPr>
                <w:sz w:val="16"/>
              </w:rPr>
              <w:t>(2) lit. b) din Legea nr. 169/2026</w:t>
            </w:r>
          </w:p>
        </w:tc>
      </w:tr>
    </w:tbl>
    <w:p w14:paraId="2E89E498" w14:textId="77777777" w:rsidR="007C5D68" w:rsidRDefault="007C5D68">
      <w:pPr>
        <w:keepNext/>
        <w:rPr>
          <w:sz w:val="16"/>
        </w:rPr>
        <w:sectPr w:rsidR="007C5D68" w:rsidSect="007C5D68">
          <w:footerReference w:type="default" r:id="rId9"/>
          <w:headerReference w:type="first" r:id="rId10"/>
          <w:footerReference w:type="first" r:id="rId11"/>
          <w:pgSz w:w="11906" w:h="16838"/>
          <w:pgMar w:top="567" w:right="1134" w:bottom="454" w:left="1134" w:header="720" w:footer="227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732131E" w14:textId="77777777">
        <w:trPr>
          <w:cantSplit/>
        </w:trPr>
        <w:tc>
          <w:tcPr>
            <w:tcW w:w="9636" w:type="dxa"/>
          </w:tcPr>
          <w:p w14:paraId="5810938E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B.1 </w:t>
            </w:r>
            <w:proofErr w:type="spellStart"/>
            <w:r>
              <w:rPr>
                <w:sz w:val="16"/>
              </w:rPr>
              <w:t>împrejmuiri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noi</w:t>
            </w:r>
            <w:proofErr w:type="spellEnd"/>
          </w:p>
          <w:p w14:paraId="0EF99278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B.2 </w:t>
            </w:r>
            <w:proofErr w:type="spellStart"/>
            <w:r>
              <w:rPr>
                <w:sz w:val="16"/>
              </w:rPr>
              <w:t>înlocuire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reconfigurare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acoperiș</w:t>
            </w:r>
            <w:proofErr w:type="spellEnd"/>
          </w:p>
          <w:p w14:paraId="1774BDF1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B.3 </w:t>
            </w:r>
            <w:proofErr w:type="spellStart"/>
            <w:r>
              <w:rPr>
                <w:sz w:val="16"/>
              </w:rPr>
              <w:t>amenajare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mansardă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pod existent</w:t>
            </w:r>
          </w:p>
          <w:p w14:paraId="74A790C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B.4 </w:t>
            </w:r>
            <w:proofErr w:type="spellStart"/>
            <w:r w:rsidRPr="00AD1D4A">
              <w:rPr>
                <w:sz w:val="16"/>
                <w:lang w:val="fr-FR"/>
              </w:rPr>
              <w:t>renovare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extindere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bucătărie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gramStart"/>
            <w:r w:rsidRPr="00AD1D4A">
              <w:rPr>
                <w:sz w:val="16"/>
                <w:lang w:val="fr-FR"/>
              </w:rPr>
              <w:t>baie;</w:t>
            </w:r>
            <w:proofErr w:type="gram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închidere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unitară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logii</w:t>
            </w:r>
            <w:proofErr w:type="spellEnd"/>
          </w:p>
          <w:p w14:paraId="5B6B08E6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B.5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nestructurale</w:t>
            </w:r>
            <w:proofErr w:type="spellEnd"/>
          </w:p>
          <w:p w14:paraId="34414648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B.6 </w:t>
            </w:r>
            <w:proofErr w:type="spellStart"/>
            <w:r>
              <w:rPr>
                <w:sz w:val="16"/>
              </w:rPr>
              <w:t>remodelări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fațade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fără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</w:t>
            </w:r>
            <w:proofErr w:type="spellEnd"/>
            <w:r>
              <w:rPr>
                <w:sz w:val="16"/>
              </w:rPr>
              <w:t xml:space="preserve"> structural</w:t>
            </w:r>
          </w:p>
        </w:tc>
      </w:tr>
    </w:tbl>
    <w:p w14:paraId="7B137162" w14:textId="77777777" w:rsidR="007C5D68" w:rsidRPr="007F39C2" w:rsidRDefault="007C5D68">
      <w:pPr>
        <w:keepNext/>
        <w:rPr>
          <w:sz w:val="16"/>
        </w:rPr>
        <w:sectPr w:rsidR="007C5D68" w:rsidRPr="007F39C2" w:rsidSect="007C5D68">
          <w:type w:val="continuous"/>
          <w:pgSz w:w="11906" w:h="16838"/>
          <w:pgMar w:top="567" w:right="1134" w:bottom="454" w:left="1134" w:header="720" w:footer="227" w:gutter="0"/>
          <w:cols w:num="2" w:space="720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:rsidRPr="003869B3" w14:paraId="12083C8B" w14:textId="77777777">
        <w:trPr>
          <w:cantSplit/>
        </w:trPr>
        <w:tc>
          <w:tcPr>
            <w:tcW w:w="9636" w:type="dxa"/>
          </w:tcPr>
          <w:p w14:paraId="6714535E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B.7 </w:t>
            </w:r>
            <w:proofErr w:type="spellStart"/>
            <w:r w:rsidRPr="00AD1D4A">
              <w:rPr>
                <w:sz w:val="16"/>
                <w:lang w:val="fr-FR"/>
              </w:rPr>
              <w:t>reabilitare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energetică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unitară</w:t>
            </w:r>
            <w:proofErr w:type="spellEnd"/>
            <w:r w:rsidRPr="00AD1D4A">
              <w:rPr>
                <w:sz w:val="16"/>
                <w:lang w:val="fr-FR"/>
              </w:rPr>
              <w:t xml:space="preserve"> (</w:t>
            </w:r>
            <w:proofErr w:type="spellStart"/>
            <w:r w:rsidRPr="00AD1D4A">
              <w:rPr>
                <w:sz w:val="16"/>
                <w:lang w:val="fr-FR"/>
              </w:rPr>
              <w:t>clădiri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locuit</w:t>
            </w:r>
            <w:proofErr w:type="spellEnd"/>
            <w:r w:rsidRPr="00AD1D4A">
              <w:rPr>
                <w:sz w:val="16"/>
                <w:lang w:val="fr-FR"/>
              </w:rPr>
              <w:t xml:space="preserve">, max. 3 </w:t>
            </w:r>
            <w:proofErr w:type="spellStart"/>
            <w:r w:rsidRPr="00AD1D4A">
              <w:rPr>
                <w:sz w:val="16"/>
                <w:lang w:val="fr-FR"/>
              </w:rPr>
              <w:t>niveluri</w:t>
            </w:r>
            <w:proofErr w:type="spellEnd"/>
            <w:r w:rsidRPr="00AD1D4A">
              <w:rPr>
                <w:sz w:val="16"/>
                <w:lang w:val="fr-FR"/>
              </w:rPr>
              <w:t>)</w:t>
            </w:r>
          </w:p>
          <w:p w14:paraId="11CF2574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B.8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demontabile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ușoare</w:t>
            </w:r>
            <w:proofErr w:type="spellEnd"/>
          </w:p>
          <w:p w14:paraId="52DC809F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B.9 </w:t>
            </w:r>
            <w:proofErr w:type="spellStart"/>
            <w:r w:rsidRPr="00AD1D4A">
              <w:rPr>
                <w:sz w:val="16"/>
                <w:lang w:val="fr-FR"/>
              </w:rPr>
              <w:t>schimbare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destinație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</w:p>
          <w:p w14:paraId="703F376A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B.10 </w:t>
            </w:r>
            <w:proofErr w:type="spellStart"/>
            <w:r>
              <w:rPr>
                <w:sz w:val="16"/>
              </w:rPr>
              <w:t>grupuri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sanitare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camere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tehnice</w:t>
            </w:r>
            <w:proofErr w:type="spellEnd"/>
            <w:r>
              <w:rPr>
                <w:sz w:val="16"/>
              </w:rPr>
              <w:t xml:space="preserve"> (max. 25 </w:t>
            </w:r>
            <w:proofErr w:type="spellStart"/>
            <w:r>
              <w:rPr>
                <w:sz w:val="16"/>
              </w:rPr>
              <w:t>mp</w:t>
            </w:r>
            <w:proofErr w:type="spellEnd"/>
            <w:r>
              <w:rPr>
                <w:sz w:val="16"/>
              </w:rPr>
              <w:t>)</w:t>
            </w:r>
          </w:p>
          <w:p w14:paraId="443DCDA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B.11 </w:t>
            </w:r>
            <w:proofErr w:type="spellStart"/>
            <w:r w:rsidRPr="00AD1D4A">
              <w:rPr>
                <w:sz w:val="16"/>
                <w:lang w:val="fr-FR"/>
              </w:rPr>
              <w:t>întreținere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curente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rețele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edilitare</w:t>
            </w:r>
            <w:proofErr w:type="spellEnd"/>
          </w:p>
        </w:tc>
      </w:tr>
    </w:tbl>
    <w:p w14:paraId="33F1B876" w14:textId="77777777" w:rsidR="007C5D68" w:rsidRDefault="007C5D68">
      <w:pPr>
        <w:keepNext/>
        <w:rPr>
          <w:sz w:val="16"/>
          <w:lang w:val="fr-FR"/>
        </w:rPr>
        <w:sectPr w:rsidR="007C5D68" w:rsidSect="007C5D68">
          <w:type w:val="continuous"/>
          <w:pgSz w:w="11906" w:h="16838"/>
          <w:pgMar w:top="567" w:right="1134" w:bottom="454" w:left="1134" w:header="720" w:footer="227" w:gutter="0"/>
          <w:cols w:num="2" w:space="720"/>
          <w:docGrid w:linePitch="360"/>
        </w:sect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:rsidRPr="007C5D68" w14:paraId="72161EA7" w14:textId="77777777">
        <w:trPr>
          <w:cantSplit/>
        </w:trPr>
        <w:tc>
          <w:tcPr>
            <w:tcW w:w="9636" w:type="dxa"/>
            <w:shd w:val="clear" w:color="auto" w:fill="F4F4F4"/>
          </w:tcPr>
          <w:p w14:paraId="61075A0A" w14:textId="5E5087B1" w:rsidR="00846492" w:rsidRPr="007C5D68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lastRenderedPageBreak/>
              <w:t xml:space="preserve"> C ·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zone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monumentelor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D1D4A">
              <w:rPr>
                <w:sz w:val="16"/>
                <w:lang w:val="fr-FR"/>
              </w:rPr>
              <w:t>protejate</w:t>
            </w:r>
            <w:proofErr w:type="spellEnd"/>
            <w:r w:rsidRPr="00AD1D4A">
              <w:rPr>
                <w:sz w:val="16"/>
                <w:lang w:val="fr-FR"/>
              </w:rPr>
              <w:t xml:space="preserve"> —</w:t>
            </w:r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din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categoria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celor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prevăzute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la</w:t>
            </w:r>
            <w:r w:rsidRPr="00AD1D4A">
              <w:rPr>
                <w:sz w:val="16"/>
                <w:lang w:val="fr-FR"/>
              </w:rPr>
              <w:t xml:space="preserve"> art. 294 </w:t>
            </w:r>
            <w:proofErr w:type="spellStart"/>
            <w:r w:rsidRPr="00AD1D4A">
              <w:rPr>
                <w:sz w:val="16"/>
                <w:lang w:val="fr-FR"/>
              </w:rPr>
              <w:t>alin</w:t>
            </w:r>
            <w:proofErr w:type="spellEnd"/>
            <w:r w:rsidRPr="00AD1D4A">
              <w:rPr>
                <w:sz w:val="16"/>
                <w:lang w:val="fr-FR"/>
              </w:rPr>
              <w:t xml:space="preserve">. </w:t>
            </w:r>
            <w:r w:rsidRPr="007C5D68">
              <w:rPr>
                <w:sz w:val="16"/>
                <w:lang w:val="fr-FR"/>
              </w:rPr>
              <w:t>(3)</w:t>
            </w:r>
            <w:r w:rsidR="007C5D68">
              <w:rPr>
                <w:sz w:val="16"/>
                <w:lang w:val="fr-FR"/>
              </w:rPr>
              <w:t xml:space="preserve"> </w:t>
            </w:r>
            <w:r w:rsidR="007C5D68">
              <w:rPr>
                <w:sz w:val="16"/>
              </w:rPr>
              <w:t>din Legea nr. 169/2026</w:t>
            </w:r>
          </w:p>
        </w:tc>
      </w:tr>
      <w:tr w:rsidR="00846492" w:rsidRPr="003869B3" w14:paraId="4142E776" w14:textId="77777777">
        <w:trPr>
          <w:cantSplit/>
        </w:trPr>
        <w:tc>
          <w:tcPr>
            <w:tcW w:w="9636" w:type="dxa"/>
          </w:tcPr>
          <w:p w14:paraId="55A2D185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C.1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întreținere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existente</w:t>
            </w:r>
            <w:proofErr w:type="spellEnd"/>
          </w:p>
          <w:p w14:paraId="624CC809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C.2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interioare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și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înlocuiri</w:t>
            </w:r>
            <w:proofErr w:type="spellEnd"/>
          </w:p>
          <w:p w14:paraId="36A2F09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C.3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împrejmuiri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acoperișuri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ziduri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sprijin</w:t>
            </w:r>
            <w:proofErr w:type="spellEnd"/>
          </w:p>
          <w:p w14:paraId="23F58DB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C.4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nestructurale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demontabile</w:t>
            </w:r>
            <w:proofErr w:type="spellEnd"/>
          </w:p>
          <w:p w14:paraId="1E4AF87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C.5 </w:t>
            </w:r>
            <w:proofErr w:type="spellStart"/>
            <w:r w:rsidRPr="00AD1D4A">
              <w:rPr>
                <w:sz w:val="16"/>
                <w:lang w:val="fr-FR"/>
              </w:rPr>
              <w:t>schimbare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destinație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</w:p>
          <w:p w14:paraId="3D2B4D57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C.6 </w:t>
            </w:r>
            <w:proofErr w:type="spellStart"/>
            <w:r w:rsidRPr="00AD1D4A">
              <w:rPr>
                <w:sz w:val="16"/>
                <w:lang w:val="fr-FR"/>
              </w:rPr>
              <w:t>instalații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pentru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securitate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incendiu</w:t>
            </w:r>
            <w:proofErr w:type="spellEnd"/>
          </w:p>
        </w:tc>
      </w:tr>
      <w:tr w:rsidR="00846492" w14:paraId="75909A4E" w14:textId="77777777">
        <w:trPr>
          <w:cantSplit/>
        </w:trPr>
        <w:tc>
          <w:tcPr>
            <w:tcW w:w="9636" w:type="dxa"/>
            <w:shd w:val="clear" w:color="auto" w:fill="F4F4F4"/>
          </w:tcPr>
          <w:p w14:paraId="3EB66013" w14:textId="77777777" w:rsidR="00846492" w:rsidRDefault="00000000">
            <w:pPr>
              <w:keepNext/>
            </w:pPr>
            <w:r w:rsidRPr="00AD1D4A">
              <w:rPr>
                <w:sz w:val="16"/>
                <w:lang w:val="fr-FR"/>
              </w:rPr>
              <w:t xml:space="preserve"> D ·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amenajare</w:t>
            </w:r>
            <w:proofErr w:type="spellEnd"/>
            <w:r w:rsidRPr="00AD1D4A">
              <w:rPr>
                <w:sz w:val="16"/>
                <w:lang w:val="fr-FR"/>
              </w:rPr>
              <w:t xml:space="preserve"> — art. 294 </w:t>
            </w:r>
            <w:proofErr w:type="spellStart"/>
            <w:r w:rsidRPr="00AD1D4A">
              <w:rPr>
                <w:sz w:val="16"/>
                <w:lang w:val="fr-FR"/>
              </w:rPr>
              <w:t>alin</w:t>
            </w:r>
            <w:proofErr w:type="spellEnd"/>
            <w:r w:rsidRPr="00AD1D4A">
              <w:rPr>
                <w:sz w:val="16"/>
                <w:lang w:val="fr-FR"/>
              </w:rPr>
              <w:t xml:space="preserve">. </w:t>
            </w:r>
            <w:r>
              <w:rPr>
                <w:sz w:val="16"/>
              </w:rPr>
              <w:t>(4)</w:t>
            </w:r>
          </w:p>
        </w:tc>
      </w:tr>
      <w:tr w:rsidR="007F39C2" w:rsidRPr="003869B3" w14:paraId="6EC00CA7" w14:textId="77777777" w:rsidTr="004C2114">
        <w:trPr>
          <w:cantSplit/>
          <w:trHeight w:val="1713"/>
        </w:trPr>
        <w:tc>
          <w:tcPr>
            <w:tcW w:w="9636" w:type="dxa"/>
          </w:tcPr>
          <w:p w14:paraId="477CA7A2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D.1 </w:t>
            </w:r>
            <w:proofErr w:type="spellStart"/>
            <w:r w:rsidRPr="00AD1D4A">
              <w:rPr>
                <w:sz w:val="16"/>
                <w:lang w:val="fr-FR"/>
              </w:rPr>
              <w:t>campinguri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tabere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din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structuri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ușoare</w:t>
            </w:r>
            <w:proofErr w:type="spellEnd"/>
          </w:p>
          <w:p w14:paraId="1437D117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D.2 </w:t>
            </w:r>
            <w:proofErr w:type="spellStart"/>
            <w:r w:rsidRPr="00AD1D4A">
              <w:rPr>
                <w:sz w:val="16"/>
                <w:lang w:val="fr-FR"/>
              </w:rPr>
              <w:t>modificări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camping / </w:t>
            </w:r>
            <w:proofErr w:type="spellStart"/>
            <w:r w:rsidRPr="00AD1D4A">
              <w:rPr>
                <w:sz w:val="16"/>
                <w:lang w:val="fr-FR"/>
              </w:rPr>
              <w:t>sat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vacanță</w:t>
            </w:r>
            <w:proofErr w:type="spellEnd"/>
            <w:r w:rsidRPr="00AD1D4A">
              <w:rPr>
                <w:sz w:val="16"/>
                <w:lang w:val="fr-FR"/>
              </w:rPr>
              <w:t xml:space="preserve"> existent</w:t>
            </w:r>
          </w:p>
          <w:p w14:paraId="3C5D0DA9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D.3 </w:t>
            </w:r>
            <w:proofErr w:type="spellStart"/>
            <w:r w:rsidRPr="00AD1D4A">
              <w:rPr>
                <w:sz w:val="16"/>
                <w:lang w:val="fr-FR"/>
              </w:rPr>
              <w:t>teren</w:t>
            </w:r>
            <w:proofErr w:type="spellEnd"/>
            <w:r w:rsidRPr="00AD1D4A">
              <w:rPr>
                <w:sz w:val="16"/>
                <w:lang w:val="fr-FR"/>
              </w:rPr>
              <w:t xml:space="preserve"> de sport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public / parc de </w:t>
            </w:r>
            <w:proofErr w:type="spellStart"/>
            <w:r w:rsidRPr="00AD1D4A">
              <w:rPr>
                <w:sz w:val="16"/>
                <w:lang w:val="fr-FR"/>
              </w:rPr>
              <w:t>distracții</w:t>
            </w:r>
            <w:proofErr w:type="spellEnd"/>
            <w:r w:rsidRPr="00AD1D4A">
              <w:rPr>
                <w:sz w:val="16"/>
                <w:lang w:val="fr-FR"/>
              </w:rPr>
              <w:t xml:space="preserve"> (max. 2 ha)</w:t>
            </w:r>
          </w:p>
          <w:p w14:paraId="468A70F6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D.4 </w:t>
            </w:r>
            <w:proofErr w:type="spellStart"/>
            <w:r w:rsidRPr="00AD1D4A">
              <w:rPr>
                <w:sz w:val="16"/>
                <w:lang w:val="fr-FR"/>
              </w:rPr>
              <w:t>spații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publice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grădini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fațadă</w:t>
            </w:r>
            <w:proofErr w:type="spellEnd"/>
          </w:p>
          <w:p w14:paraId="481C6914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D.5 </w:t>
            </w:r>
            <w:proofErr w:type="spellStart"/>
            <w:r w:rsidRPr="00AD1D4A">
              <w:rPr>
                <w:sz w:val="16"/>
                <w:lang w:val="fr-FR"/>
              </w:rPr>
              <w:t>trotuare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ziduri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sprijin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scări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acces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exterioare</w:t>
            </w:r>
            <w:proofErr w:type="spellEnd"/>
          </w:p>
          <w:p w14:paraId="04F80AB2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D.6 </w:t>
            </w:r>
            <w:proofErr w:type="spellStart"/>
            <w:r w:rsidRPr="00AD1D4A">
              <w:rPr>
                <w:sz w:val="16"/>
                <w:lang w:val="fr-FR"/>
              </w:rPr>
              <w:t>perdele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forestiere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împăduriri</w:t>
            </w:r>
            <w:proofErr w:type="spellEnd"/>
          </w:p>
          <w:p w14:paraId="3ABF0DC1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D.7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funerare</w:t>
            </w:r>
            <w:proofErr w:type="spellEnd"/>
          </w:p>
          <w:p w14:paraId="58E1EFF9" w14:textId="4E7F7CB4" w:rsidR="007F39C2" w:rsidRPr="00AD1D4A" w:rsidRDefault="007F39C2" w:rsidP="004C2114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D.8 rampe de </w:t>
            </w:r>
            <w:proofErr w:type="spellStart"/>
            <w:r w:rsidRPr="00AD1D4A">
              <w:rPr>
                <w:sz w:val="16"/>
                <w:lang w:val="fr-FR"/>
              </w:rPr>
              <w:t>acces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pentru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persoanele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dizabilități</w:t>
            </w:r>
            <w:proofErr w:type="spellEnd"/>
          </w:p>
        </w:tc>
      </w:tr>
    </w:tbl>
    <w:p w14:paraId="391E1BA6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6424"/>
        <w:gridCol w:w="3212"/>
      </w:tblGrid>
      <w:tr w:rsidR="00846492" w:rsidRPr="003869B3" w14:paraId="44F8B006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3176E8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b/>
                <w:sz w:val="16"/>
                <w:lang w:val="fr-FR"/>
              </w:rPr>
              <w:t xml:space="preserve"> 5. </w:t>
            </w:r>
            <w:r w:rsidRPr="00AD1D4A">
              <w:rPr>
                <w:b/>
                <w:color w:val="000000"/>
                <w:sz w:val="18"/>
                <w:lang w:val="fr-FR"/>
              </w:rPr>
              <w:t>PROIECTUL TEHNIC DE EXECUȚIE CU CONȚINUT SIMPLIFICAT</w:t>
            </w:r>
          </w:p>
        </w:tc>
      </w:tr>
      <w:tr w:rsidR="00846492" w14:paraId="77000619" w14:textId="77777777">
        <w:trPr>
          <w:cantSplit/>
          <w:trHeight w:val="510"/>
        </w:trPr>
        <w:tc>
          <w:tcPr>
            <w:tcW w:w="6424" w:type="dxa"/>
          </w:tcPr>
          <w:p w14:paraId="1385B4BE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/ cod </w:t>
            </w:r>
            <w:proofErr w:type="spellStart"/>
            <w:r>
              <w:rPr>
                <w:b/>
                <w:color w:val="0D5F78"/>
              </w:rPr>
              <w:t>proiect</w:t>
            </w:r>
            <w:proofErr w:type="spellEnd"/>
          </w:p>
          <w:p w14:paraId="0B739958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6CCE80E9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 xml:space="preserve">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49345079" w14:textId="77777777" w:rsidR="00846492" w:rsidRDefault="00846492">
            <w:pPr>
              <w:keepNext/>
            </w:pPr>
          </w:p>
        </w:tc>
      </w:tr>
      <w:tr w:rsidR="00846492" w14:paraId="69F57461" w14:textId="77777777">
        <w:trPr>
          <w:cantSplit/>
          <w:trHeight w:val="510"/>
        </w:trPr>
        <w:tc>
          <w:tcPr>
            <w:tcW w:w="6424" w:type="dxa"/>
          </w:tcPr>
          <w:p w14:paraId="56F6EC9C" w14:textId="64E86DC6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Arhitectură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coordonare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r>
              <w:rPr>
                <w:b/>
                <w:color w:val="0D5F78"/>
              </w:rPr>
              <w:t xml:space="preserve">, </w:t>
            </w:r>
            <w:proofErr w:type="spellStart"/>
            <w:r w:rsidR="003F4418">
              <w:rPr>
                <w:b/>
                <w:color w:val="0D5F78"/>
              </w:rPr>
              <w:t>nr.TNA</w:t>
            </w:r>
            <w:proofErr w:type="spellEnd"/>
          </w:p>
          <w:p w14:paraId="59DFFC81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00E6C6EB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3069E7FC" w14:textId="77777777" w:rsidR="00846492" w:rsidRDefault="00846492">
            <w:pPr>
              <w:keepNext/>
            </w:pPr>
          </w:p>
        </w:tc>
      </w:tr>
      <w:tr w:rsidR="00846492" w14:paraId="54904FD3" w14:textId="77777777">
        <w:trPr>
          <w:cantSplit/>
          <w:trHeight w:val="510"/>
        </w:trPr>
        <w:tc>
          <w:tcPr>
            <w:tcW w:w="6424" w:type="dxa"/>
          </w:tcPr>
          <w:p w14:paraId="087E9DAC" w14:textId="1322E2DA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Structură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="00870FD7">
              <w:rPr>
                <w:b/>
                <w:color w:val="0D5F78"/>
              </w:rPr>
              <w:t xml:space="preserve">— </w:t>
            </w:r>
            <w:proofErr w:type="spellStart"/>
            <w:r w:rsidR="00870FD7"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</w:p>
          <w:p w14:paraId="7C7384FB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76C1858B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792D2924" w14:textId="77777777" w:rsidR="00846492" w:rsidRDefault="00846492">
            <w:pPr>
              <w:keepNext/>
            </w:pPr>
          </w:p>
        </w:tc>
      </w:tr>
      <w:tr w:rsidR="00846492" w14:paraId="56A0A7FA" w14:textId="77777777">
        <w:trPr>
          <w:cantSplit/>
          <w:trHeight w:val="510"/>
        </w:trPr>
        <w:tc>
          <w:tcPr>
            <w:tcW w:w="6424" w:type="dxa"/>
          </w:tcPr>
          <w:p w14:paraId="17B2B759" w14:textId="214EC1CA" w:rsidR="00870FD7" w:rsidRDefault="00000000">
            <w:pPr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Instalații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="00870FD7">
              <w:rPr>
                <w:b/>
                <w:color w:val="0D5F78"/>
              </w:rPr>
              <w:t xml:space="preserve">— </w:t>
            </w:r>
            <w:proofErr w:type="spellStart"/>
            <w:r w:rsidR="00870FD7"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  <w:r w:rsidR="00FD1916">
              <w:rPr>
                <w:b/>
                <w:color w:val="0D5F78"/>
              </w:rPr>
              <w:t xml:space="preserve">, </w:t>
            </w:r>
            <w:proofErr w:type="spellStart"/>
            <w:r w:rsidR="00FD1916">
              <w:rPr>
                <w:b/>
                <w:color w:val="0D5F78"/>
              </w:rPr>
              <w:t>specialitate</w:t>
            </w:r>
            <w:proofErr w:type="spellEnd"/>
          </w:p>
          <w:p w14:paraId="3F533455" w14:textId="489AAF0C" w:rsidR="00846492" w:rsidRDefault="00870FD7">
            <w:r>
              <w:rPr>
                <w:b/>
                <w:color w:val="0D5F78"/>
              </w:rPr>
              <w:t xml:space="preserve">Alte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  <w:r>
              <w:rPr>
                <w:b/>
                <w:color w:val="0D5F78"/>
              </w:rPr>
              <w:t xml:space="preserve"> (</w:t>
            </w:r>
            <w:proofErr w:type="spellStart"/>
            <w:r>
              <w:rPr>
                <w:b/>
                <w:color w:val="0D5F78"/>
              </w:rPr>
              <w:t>dacă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este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D5F78"/>
              </w:rPr>
              <w:t>cazul</w:t>
            </w:r>
            <w:proofErr w:type="spellEnd"/>
            <w:r>
              <w:rPr>
                <w:b/>
                <w:color w:val="0D5F78"/>
              </w:rPr>
              <w:t>)  —</w:t>
            </w:r>
            <w:proofErr w:type="gram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>/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atestare</w:t>
            </w:r>
            <w:proofErr w:type="spellEnd"/>
          </w:p>
          <w:p w14:paraId="760B832F" w14:textId="77777777" w:rsidR="00846492" w:rsidRDefault="00846492"/>
        </w:tc>
        <w:tc>
          <w:tcPr>
            <w:tcW w:w="3212" w:type="dxa"/>
          </w:tcPr>
          <w:p w14:paraId="32B487E7" w14:textId="77777777" w:rsidR="00846492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2CE7D10" w14:textId="77777777" w:rsidR="00846492" w:rsidRDefault="00846492"/>
        </w:tc>
      </w:tr>
    </w:tbl>
    <w:p w14:paraId="6C590180" w14:textId="77777777" w:rsidR="00846492" w:rsidRDefault="00846492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3092D09" w14:textId="77777777">
        <w:trPr>
          <w:cantSplit/>
        </w:trPr>
        <w:tc>
          <w:tcPr>
            <w:tcW w:w="9636" w:type="dxa"/>
            <w:shd w:val="clear" w:color="auto" w:fill="F4F4F4"/>
          </w:tcPr>
          <w:p w14:paraId="2D9B89FB" w14:textId="77777777" w:rsidR="00846492" w:rsidRDefault="00000000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846492" w14:paraId="08DC6175" w14:textId="77777777">
        <w:trPr>
          <w:cantSplit/>
        </w:trPr>
        <w:tc>
          <w:tcPr>
            <w:tcW w:w="9636" w:type="dxa"/>
          </w:tcPr>
          <w:p w14:paraId="21C5ABCB" w14:textId="77777777" w:rsidR="003F4418" w:rsidRDefault="00000000">
            <w:pPr>
              <w:rPr>
                <w:sz w:val="16"/>
              </w:rPr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dovada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titlului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asupra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imobilului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proiectul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</w:t>
            </w:r>
            <w:proofErr w:type="spellEnd"/>
            <w:r>
              <w:rPr>
                <w:sz w:val="16"/>
              </w:rPr>
              <w:t xml:space="preserve"> cu </w:t>
            </w:r>
            <w:proofErr w:type="spellStart"/>
            <w:r>
              <w:rPr>
                <w:sz w:val="16"/>
              </w:rPr>
              <w:t>conținut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simplificat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studiul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geotehnic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obligatoriu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locuințe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unifamiliale</w:t>
            </w:r>
            <w:proofErr w:type="spellEnd"/>
            <w:r>
              <w:rPr>
                <w:sz w:val="16"/>
              </w:rPr>
              <w:t xml:space="preserve">)     </w:t>
            </w:r>
          </w:p>
          <w:p w14:paraId="5BBEDD70" w14:textId="77777777" w:rsidR="003869B3" w:rsidRDefault="00000000">
            <w:pPr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studiul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topografic</w:t>
            </w:r>
            <w:proofErr w:type="spellEnd"/>
            <w:r>
              <w:rPr>
                <w:sz w:val="16"/>
              </w:rPr>
              <w:t xml:space="preserve"> </w:t>
            </w:r>
            <w:r w:rsidR="007F39C2">
              <w:rPr>
                <w:sz w:val="16"/>
              </w:rPr>
              <w:t>(</w:t>
            </w:r>
            <w:proofErr w:type="spellStart"/>
            <w:r w:rsidR="007F39C2">
              <w:rPr>
                <w:sz w:val="16"/>
              </w:rPr>
              <w:t>obligatoriu</w:t>
            </w:r>
            <w:proofErr w:type="spellEnd"/>
            <w:r w:rsidR="007F39C2">
              <w:rPr>
                <w:sz w:val="16"/>
              </w:rPr>
              <w:t xml:space="preserve"> la </w:t>
            </w:r>
            <w:proofErr w:type="spellStart"/>
            <w:r w:rsidR="007F39C2">
              <w:rPr>
                <w:sz w:val="16"/>
              </w:rPr>
              <w:t>locuințe</w:t>
            </w:r>
            <w:proofErr w:type="spellEnd"/>
            <w:r w:rsidR="007F39C2">
              <w:rPr>
                <w:sz w:val="16"/>
              </w:rPr>
              <w:t xml:space="preserve"> </w:t>
            </w:r>
            <w:proofErr w:type="spellStart"/>
            <w:proofErr w:type="gramStart"/>
            <w:r w:rsidR="007F39C2">
              <w:rPr>
                <w:sz w:val="16"/>
              </w:rPr>
              <w:t>unifamiliale</w:t>
            </w:r>
            <w:proofErr w:type="spellEnd"/>
            <w:r w:rsidR="007F39C2">
              <w:rPr>
                <w:sz w:val="16"/>
              </w:rPr>
              <w:t xml:space="preserve">)   </w:t>
            </w:r>
            <w:proofErr w:type="gramEnd"/>
            <w:r w:rsidR="007F39C2">
              <w:rPr>
                <w:sz w:val="16"/>
              </w:rPr>
              <w:t xml:space="preserve">  </w:t>
            </w:r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acordul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avizul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patrimoniu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după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</w:t>
            </w:r>
            <w:proofErr w:type="spellEnd"/>
            <w:r>
              <w:rPr>
                <w:sz w:val="16"/>
              </w:rPr>
              <w:t xml:space="preserve">  </w:t>
            </w:r>
          </w:p>
          <w:p w14:paraId="52119DB7" w14:textId="450281CB" w:rsidR="00846492" w:rsidRPr="003869B3" w:rsidRDefault="003869B3">
            <w:pPr>
              <w:rPr>
                <w:sz w:val="16"/>
                <w:lang w:val="fr-FR"/>
              </w:rPr>
            </w:pPr>
            <w:r w:rsidRPr="003869B3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3869B3">
              <w:rPr>
                <w:sz w:val="16"/>
                <w:lang w:val="fr-FR"/>
              </w:rPr>
              <w:t xml:space="preserve"> </w:t>
            </w:r>
            <w:proofErr w:type="spellStart"/>
            <w:r w:rsidRPr="003869B3">
              <w:rPr>
                <w:sz w:val="16"/>
                <w:lang w:val="fr-FR"/>
              </w:rPr>
              <w:t>avizul</w:t>
            </w:r>
            <w:proofErr w:type="spellEnd"/>
            <w:r w:rsidRPr="003869B3">
              <w:rPr>
                <w:sz w:val="16"/>
                <w:lang w:val="fr-FR"/>
              </w:rPr>
              <w:t xml:space="preserve"> </w:t>
            </w:r>
            <w:proofErr w:type="spellStart"/>
            <w:r w:rsidRPr="003869B3">
              <w:rPr>
                <w:sz w:val="16"/>
                <w:lang w:val="fr-FR"/>
              </w:rPr>
              <w:t>arhitectului-șef</w:t>
            </w:r>
            <w:proofErr w:type="spellEnd"/>
            <w:r w:rsidRPr="003869B3">
              <w:rPr>
                <w:sz w:val="16"/>
                <w:lang w:val="fr-FR"/>
              </w:rPr>
              <w:t xml:space="preserve"> al </w:t>
            </w:r>
            <w:proofErr w:type="spellStart"/>
            <w:r w:rsidRPr="003869B3">
              <w:rPr>
                <w:sz w:val="16"/>
                <w:lang w:val="fr-FR"/>
              </w:rPr>
              <w:t>județului</w:t>
            </w:r>
            <w:proofErr w:type="spellEnd"/>
            <w:r w:rsidRPr="003869B3">
              <w:rPr>
                <w:sz w:val="16"/>
                <w:lang w:val="fr-FR"/>
              </w:rPr>
              <w:t xml:space="preserve"> (</w:t>
            </w:r>
            <w:proofErr w:type="spellStart"/>
            <w:r w:rsidRPr="003869B3">
              <w:rPr>
                <w:sz w:val="16"/>
                <w:lang w:val="fr-FR"/>
              </w:rPr>
              <w:t>obligatoriu</w:t>
            </w:r>
            <w:proofErr w:type="spellEnd"/>
            <w:r w:rsidRPr="003869B3">
              <w:rPr>
                <w:sz w:val="16"/>
                <w:lang w:val="fr-FR"/>
              </w:rPr>
              <w:t xml:space="preserve"> la </w:t>
            </w:r>
            <w:proofErr w:type="spellStart"/>
            <w:r w:rsidRPr="003869B3">
              <w:rPr>
                <w:sz w:val="16"/>
                <w:lang w:val="fr-FR"/>
              </w:rPr>
              <w:t>locuințe</w:t>
            </w:r>
            <w:proofErr w:type="spellEnd"/>
            <w:r w:rsidRPr="003869B3">
              <w:rPr>
                <w:sz w:val="16"/>
                <w:lang w:val="fr-FR"/>
              </w:rPr>
              <w:t xml:space="preserve"> </w:t>
            </w:r>
            <w:proofErr w:type="gramStart"/>
            <w:r w:rsidRPr="003869B3">
              <w:rPr>
                <w:sz w:val="16"/>
                <w:lang w:val="fr-FR"/>
              </w:rPr>
              <w:t xml:space="preserve">unifamiliale)   </w:t>
            </w:r>
            <w:proofErr w:type="gramEnd"/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dovada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plății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taxelor</w:t>
            </w:r>
            <w:proofErr w:type="spellEnd"/>
          </w:p>
        </w:tc>
      </w:tr>
    </w:tbl>
    <w:p w14:paraId="09936F2B" w14:textId="77777777" w:rsidR="00846492" w:rsidRDefault="00846492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72CA945" w14:textId="77777777">
        <w:trPr>
          <w:cantSplit/>
        </w:trPr>
        <w:tc>
          <w:tcPr>
            <w:tcW w:w="9636" w:type="dxa"/>
            <w:shd w:val="clear" w:color="auto" w:fill="F4F4F4"/>
          </w:tcPr>
          <w:p w14:paraId="781C77CB" w14:textId="19CE4852" w:rsidR="00846492" w:rsidRDefault="00000000">
            <w:pPr>
              <w:keepNext/>
            </w:pPr>
            <w:r>
              <w:rPr>
                <w:b/>
                <w:sz w:val="16"/>
              </w:rPr>
              <w:t xml:space="preserve"> 7. </w:t>
            </w:r>
            <w:r>
              <w:rPr>
                <w:b/>
                <w:color w:val="000000"/>
                <w:sz w:val="18"/>
              </w:rPr>
              <w:t>RĂSPUNDEREA</w:t>
            </w:r>
          </w:p>
        </w:tc>
      </w:tr>
      <w:tr w:rsidR="00846492" w:rsidRPr="00852977" w14:paraId="07FE9B19" w14:textId="77777777">
        <w:trPr>
          <w:cantSplit/>
        </w:trPr>
        <w:tc>
          <w:tcPr>
            <w:tcW w:w="9636" w:type="dxa"/>
          </w:tcPr>
          <w:p w14:paraId="2257FB8D" w14:textId="77777777" w:rsidR="00846492" w:rsidRDefault="00000000">
            <w:pPr>
              <w:spacing w:line="228" w:lineRule="auto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Declar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că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lucrările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notificate</w:t>
            </w:r>
            <w:proofErr w:type="spellEnd"/>
            <w:r>
              <w:rPr>
                <w:i/>
                <w:sz w:val="17"/>
              </w:rPr>
              <w:t xml:space="preserve"> se </w:t>
            </w:r>
            <w:proofErr w:type="spellStart"/>
            <w:r>
              <w:rPr>
                <w:i/>
                <w:sz w:val="17"/>
              </w:rPr>
              <w:t>încadrează</w:t>
            </w:r>
            <w:proofErr w:type="spellEnd"/>
            <w:r>
              <w:rPr>
                <w:i/>
                <w:sz w:val="17"/>
              </w:rPr>
              <w:t xml:space="preserve"> strict </w:t>
            </w:r>
            <w:proofErr w:type="spellStart"/>
            <w:r>
              <w:rPr>
                <w:i/>
                <w:sz w:val="17"/>
              </w:rPr>
              <w:t>în</w:t>
            </w:r>
            <w:proofErr w:type="spellEnd"/>
            <w:r>
              <w:rPr>
                <w:i/>
                <w:sz w:val="17"/>
              </w:rPr>
              <w:t xml:space="preserve"> art. 294 din Lege</w:t>
            </w:r>
            <w:r w:rsidR="003F4418">
              <w:rPr>
                <w:i/>
                <w:sz w:val="17"/>
              </w:rPr>
              <w:t xml:space="preserve">a nr. 169/2026 </w:t>
            </w:r>
            <w:proofErr w:type="spellStart"/>
            <w:r w:rsidR="003F4418">
              <w:rPr>
                <w:i/>
                <w:sz w:val="17"/>
              </w:rPr>
              <w:t>și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cunosc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faptul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că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confirmarea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înregistrării</w:t>
            </w:r>
            <w:proofErr w:type="spellEnd"/>
            <w:r>
              <w:rPr>
                <w:i/>
                <w:sz w:val="17"/>
              </w:rPr>
              <w:t xml:space="preserve"> nu </w:t>
            </w:r>
            <w:proofErr w:type="spellStart"/>
            <w:r>
              <w:rPr>
                <w:i/>
                <w:sz w:val="17"/>
              </w:rPr>
              <w:t>echivalează</w:t>
            </w:r>
            <w:proofErr w:type="spellEnd"/>
            <w:r>
              <w:rPr>
                <w:i/>
                <w:sz w:val="17"/>
              </w:rPr>
              <w:t xml:space="preserve"> cu </w:t>
            </w:r>
            <w:proofErr w:type="spellStart"/>
            <w:r>
              <w:rPr>
                <w:i/>
                <w:sz w:val="17"/>
              </w:rPr>
              <w:t>aprobarea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notificării</w:t>
            </w:r>
            <w:proofErr w:type="spellEnd"/>
            <w:r>
              <w:rPr>
                <w:i/>
                <w:sz w:val="17"/>
              </w:rPr>
              <w:t xml:space="preserve">, </w:t>
            </w:r>
            <w:proofErr w:type="spellStart"/>
            <w:r>
              <w:rPr>
                <w:i/>
                <w:sz w:val="17"/>
              </w:rPr>
              <w:t>iar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răspunderea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pentru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corectitudinea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proiectului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revine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proiectanților</w:t>
            </w:r>
            <w:proofErr w:type="spellEnd"/>
            <w:r>
              <w:rPr>
                <w:i/>
                <w:sz w:val="17"/>
              </w:rPr>
              <w:t xml:space="preserve">, pe </w:t>
            </w:r>
            <w:proofErr w:type="spellStart"/>
            <w:r>
              <w:rPr>
                <w:i/>
                <w:sz w:val="17"/>
              </w:rPr>
              <w:t>specialități</w:t>
            </w:r>
            <w:proofErr w:type="spellEnd"/>
            <w:r>
              <w:rPr>
                <w:i/>
                <w:sz w:val="17"/>
              </w:rPr>
              <w:t>.</w:t>
            </w:r>
          </w:p>
          <w:p w14:paraId="76D9B038" w14:textId="34ABA3C0" w:rsidR="00852977" w:rsidRPr="004D2D0E" w:rsidRDefault="00852977" w:rsidP="004D2D0E">
            <w:pPr>
              <w:spacing w:line="228" w:lineRule="auto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A</w:t>
            </w:r>
            <w:r w:rsidRPr="00852977">
              <w:rPr>
                <w:i/>
                <w:sz w:val="17"/>
              </w:rPr>
              <w:t>utoritatea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administrației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publice</w:t>
            </w:r>
            <w:proofErr w:type="spellEnd"/>
            <w:r w:rsidRPr="00852977">
              <w:rPr>
                <w:i/>
                <w:sz w:val="17"/>
              </w:rPr>
              <w:t xml:space="preserve"> locale nu </w:t>
            </w:r>
            <w:proofErr w:type="spellStart"/>
            <w:r w:rsidRPr="00852977">
              <w:rPr>
                <w:i/>
                <w:sz w:val="17"/>
              </w:rPr>
              <w:t>este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responsabilă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pentru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eventualele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prejudicii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ulterioare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cauzate</w:t>
            </w:r>
            <w:proofErr w:type="spellEnd"/>
            <w:r w:rsidRPr="00852977">
              <w:rPr>
                <w:i/>
                <w:sz w:val="17"/>
              </w:rPr>
              <w:t xml:space="preserve"> de </w:t>
            </w:r>
            <w:proofErr w:type="spellStart"/>
            <w:r w:rsidRPr="00852977">
              <w:rPr>
                <w:i/>
                <w:sz w:val="17"/>
              </w:rPr>
              <w:t>existența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unor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litigii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aflate</w:t>
            </w:r>
            <w:proofErr w:type="spellEnd"/>
            <w:r w:rsidRPr="00852977">
              <w:rPr>
                <w:i/>
                <w:sz w:val="17"/>
              </w:rPr>
              <w:t xml:space="preserve"> pe </w:t>
            </w:r>
            <w:proofErr w:type="spellStart"/>
            <w:r w:rsidRPr="00852977">
              <w:rPr>
                <w:i/>
                <w:sz w:val="17"/>
              </w:rPr>
              <w:t>rolul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instanțelor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judecătorești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privind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imobilul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și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nici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pentru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existența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unor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grevări</w:t>
            </w:r>
            <w:proofErr w:type="spellEnd"/>
            <w:r w:rsidRPr="00852977">
              <w:rPr>
                <w:i/>
                <w:sz w:val="17"/>
              </w:rPr>
              <w:t xml:space="preserve"> ale </w:t>
            </w:r>
            <w:proofErr w:type="spellStart"/>
            <w:r w:rsidRPr="00852977">
              <w:rPr>
                <w:i/>
                <w:sz w:val="17"/>
              </w:rPr>
              <w:t>imobilului</w:t>
            </w:r>
            <w:proofErr w:type="spellEnd"/>
            <w:r w:rsidRPr="00852977">
              <w:rPr>
                <w:i/>
                <w:sz w:val="17"/>
              </w:rPr>
              <w:t xml:space="preserve"> cu </w:t>
            </w:r>
            <w:proofErr w:type="spellStart"/>
            <w:r w:rsidRPr="00852977">
              <w:rPr>
                <w:i/>
                <w:sz w:val="17"/>
              </w:rPr>
              <w:t>sarcini</w:t>
            </w:r>
            <w:proofErr w:type="spellEnd"/>
            <w:r w:rsidRPr="00852977">
              <w:rPr>
                <w:i/>
                <w:sz w:val="17"/>
              </w:rPr>
              <w:t xml:space="preserve"> de </w:t>
            </w:r>
            <w:proofErr w:type="spellStart"/>
            <w:r w:rsidRPr="00852977">
              <w:rPr>
                <w:i/>
                <w:sz w:val="17"/>
              </w:rPr>
              <w:t>tipul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interdicțiilor</w:t>
            </w:r>
            <w:proofErr w:type="spellEnd"/>
            <w:r w:rsidRPr="00852977">
              <w:rPr>
                <w:i/>
                <w:sz w:val="17"/>
              </w:rPr>
              <w:t xml:space="preserve">, </w:t>
            </w:r>
            <w:proofErr w:type="spellStart"/>
            <w:r w:rsidRPr="00852977">
              <w:rPr>
                <w:i/>
                <w:sz w:val="17"/>
              </w:rPr>
              <w:t>responsabilitatea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aparținând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în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toate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cazurile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beneficiarului</w:t>
            </w:r>
            <w:proofErr w:type="spellEnd"/>
            <w:r w:rsidRPr="00852977">
              <w:rPr>
                <w:i/>
                <w:sz w:val="17"/>
              </w:rPr>
              <w:t>.</w:t>
            </w:r>
          </w:p>
          <w:p w14:paraId="0766A618" w14:textId="05D981A6" w:rsidR="004D2D0E" w:rsidRPr="00852977" w:rsidRDefault="004D2D0E" w:rsidP="00852977"/>
        </w:tc>
      </w:tr>
      <w:tr w:rsidR="00FD1916" w14:paraId="429E984E" w14:textId="77777777" w:rsidTr="00FD1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6" w:type="dxa"/>
          </w:tcPr>
          <w:p w14:paraId="7BAD4E37" w14:textId="1715B45F" w:rsidR="00FD1916" w:rsidRDefault="00FD1916" w:rsidP="00303E64">
            <w:pPr>
              <w:keepNext/>
            </w:pP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OBILIGAȚII</w:t>
            </w:r>
          </w:p>
        </w:tc>
      </w:tr>
      <w:tr w:rsidR="00FD1916" w:rsidRPr="003869B3" w14:paraId="78627F24" w14:textId="77777777" w:rsidTr="00FD1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6" w:type="dxa"/>
          </w:tcPr>
          <w:p w14:paraId="6FB9E773" w14:textId="77777777" w:rsidR="00FD1916" w:rsidRPr="004D2D0E" w:rsidRDefault="00FD1916" w:rsidP="00303E64">
            <w:pPr>
              <w:spacing w:line="228" w:lineRule="auto"/>
              <w:rPr>
                <w:i/>
                <w:sz w:val="17"/>
                <w:lang w:val="fr-FR"/>
              </w:rPr>
            </w:pPr>
            <w:proofErr w:type="spellStart"/>
            <w:r w:rsidRPr="004D2D0E">
              <w:rPr>
                <w:i/>
                <w:sz w:val="17"/>
                <w:lang w:val="fr-FR"/>
              </w:rPr>
              <w:t>Beneficiarul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lucrărilor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de construire </w:t>
            </w:r>
            <w:proofErr w:type="spellStart"/>
            <w:r w:rsidRPr="004D2D0E">
              <w:rPr>
                <w:i/>
                <w:sz w:val="17"/>
                <w:lang w:val="fr-FR"/>
              </w:rPr>
              <w:t>notificate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are </w:t>
            </w:r>
            <w:proofErr w:type="spellStart"/>
            <w:r w:rsidRPr="004D2D0E">
              <w:rPr>
                <w:i/>
                <w:sz w:val="17"/>
                <w:lang w:val="fr-FR"/>
              </w:rPr>
              <w:t>obligația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amplasării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panoului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4D2D0E">
              <w:rPr>
                <w:i/>
                <w:sz w:val="17"/>
                <w:lang w:val="fr-FR"/>
              </w:rPr>
              <w:t>identificare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a </w:t>
            </w:r>
            <w:proofErr w:type="spellStart"/>
            <w:r w:rsidRPr="004D2D0E">
              <w:rPr>
                <w:i/>
                <w:sz w:val="17"/>
                <w:lang w:val="fr-FR"/>
              </w:rPr>
              <w:t>investiției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la </w:t>
            </w:r>
            <w:proofErr w:type="spellStart"/>
            <w:r w:rsidRPr="004D2D0E">
              <w:rPr>
                <w:i/>
                <w:sz w:val="17"/>
                <w:lang w:val="fr-FR"/>
              </w:rPr>
              <w:t>loc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vizibil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pe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durata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execuției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– cf. art. 298 </w:t>
            </w:r>
            <w:proofErr w:type="spellStart"/>
            <w:r w:rsidRPr="004D2D0E">
              <w:rPr>
                <w:i/>
                <w:sz w:val="17"/>
                <w:lang w:val="fr-FR"/>
              </w:rPr>
              <w:t>alin</w:t>
            </w:r>
            <w:proofErr w:type="spellEnd"/>
            <w:r w:rsidRPr="004D2D0E">
              <w:rPr>
                <w:i/>
                <w:sz w:val="17"/>
                <w:lang w:val="fr-FR"/>
              </w:rPr>
              <w:t>. (5)</w:t>
            </w:r>
            <w:r>
              <w:rPr>
                <w:i/>
                <w:sz w:val="17"/>
                <w:lang w:val="fr-FR"/>
              </w:rPr>
              <w:t xml:space="preserve"> </w:t>
            </w:r>
            <w:proofErr w:type="spellStart"/>
            <w:r>
              <w:rPr>
                <w:i/>
                <w:sz w:val="17"/>
                <w:lang w:val="fr-FR"/>
              </w:rPr>
              <w:t>din</w:t>
            </w:r>
            <w:proofErr w:type="spellEnd"/>
            <w:r>
              <w:rPr>
                <w:i/>
                <w:sz w:val="17"/>
                <w:lang w:val="fr-FR"/>
              </w:rPr>
              <w:t xml:space="preserve"> Legea nr.169/2026</w:t>
            </w:r>
          </w:p>
          <w:p w14:paraId="49F117C5" w14:textId="7C82B897" w:rsidR="00FD1916" w:rsidRPr="00FD1916" w:rsidRDefault="00FD1916" w:rsidP="00303E64">
            <w:pPr>
              <w:rPr>
                <w:i/>
                <w:iCs/>
                <w:sz w:val="17"/>
                <w:szCs w:val="17"/>
                <w:lang w:val="fr-FR"/>
              </w:rPr>
            </w:pP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Beneficiarul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lucrărilor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de construire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notificate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are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obligația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efectuării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recepției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la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terminarea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lucrărilor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între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executant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beneficiar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şi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un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reprezentant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unităţii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administrativ-teritoriale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precum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și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înregistrarea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procesului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-verbal de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Registrul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Național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Construcțiilor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.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Până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la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operaționalizarea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Registrului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Național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Construcțiilor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o copie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după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procesul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-verbal de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recepție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se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transmite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fizic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sau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prin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poștă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electronică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I.S.C.</w:t>
            </w:r>
            <w:r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gramStart"/>
            <w:r>
              <w:rPr>
                <w:i/>
                <w:iCs/>
                <w:sz w:val="17"/>
                <w:szCs w:val="17"/>
                <w:lang w:val="fr-FR"/>
              </w:rPr>
              <w:t xml:space="preserve">- </w:t>
            </w:r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cf.</w:t>
            </w:r>
            <w:proofErr w:type="gram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art. 298 </w:t>
            </w:r>
            <w:proofErr w:type="spellStart"/>
            <w:proofErr w:type="gramStart"/>
            <w:r w:rsidRPr="00FD1916">
              <w:rPr>
                <w:i/>
                <w:iCs/>
                <w:sz w:val="17"/>
                <w:szCs w:val="17"/>
                <w:lang w:val="fr-FR"/>
              </w:rPr>
              <w:t>alin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>.(</w:t>
            </w:r>
            <w:proofErr w:type="gramEnd"/>
            <w:r w:rsidRPr="00FD1916">
              <w:rPr>
                <w:i/>
                <w:iCs/>
                <w:sz w:val="17"/>
                <w:szCs w:val="17"/>
                <w:lang w:val="fr-FR"/>
              </w:rPr>
              <w:t>6)</w:t>
            </w:r>
            <w:r>
              <w:rPr>
                <w:i/>
                <w:iCs/>
                <w:sz w:val="17"/>
                <w:szCs w:val="17"/>
                <w:lang w:val="fr-FR"/>
              </w:rPr>
              <w:t xml:space="preserve"> din Legea nr.196/2026</w:t>
            </w:r>
          </w:p>
          <w:p w14:paraId="4129B71C" w14:textId="77777777" w:rsidR="00FD1916" w:rsidRPr="004D2D0E" w:rsidRDefault="00FD1916" w:rsidP="00303E64">
            <w:pPr>
              <w:spacing w:line="228" w:lineRule="auto"/>
              <w:rPr>
                <w:lang w:val="fr-FR"/>
              </w:rPr>
            </w:pPr>
          </w:p>
        </w:tc>
      </w:tr>
    </w:tbl>
    <w:p w14:paraId="4D90C049" w14:textId="77777777" w:rsidR="00846492" w:rsidRPr="004D2D0E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D671102" w14:textId="77777777">
        <w:trPr>
          <w:cantSplit/>
        </w:trPr>
        <w:tc>
          <w:tcPr>
            <w:tcW w:w="9636" w:type="dxa"/>
            <w:shd w:val="clear" w:color="auto" w:fill="F4F4F4"/>
          </w:tcPr>
          <w:p w14:paraId="452D7ED2" w14:textId="77777777" w:rsidR="00846492" w:rsidRDefault="00000000">
            <w:pPr>
              <w:keepNext/>
            </w:pPr>
            <w:r w:rsidRPr="004D2D0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8.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846492" w:rsidRPr="003869B3" w14:paraId="22149040" w14:textId="77777777">
        <w:trPr>
          <w:cantSplit/>
        </w:trPr>
        <w:tc>
          <w:tcPr>
            <w:tcW w:w="9636" w:type="dxa"/>
          </w:tcPr>
          <w:p w14:paraId="760467F1" w14:textId="77777777" w:rsidR="00846492" w:rsidRPr="00AD1D4A" w:rsidRDefault="00000000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format </w:t>
            </w:r>
            <w:proofErr w:type="spellStart"/>
            <w:r w:rsidRPr="00AD1D4A">
              <w:rPr>
                <w:sz w:val="16"/>
                <w:lang w:val="fr-FR"/>
              </w:rPr>
              <w:t>scris</w:t>
            </w:r>
            <w:proofErr w:type="spellEnd"/>
            <w:r w:rsidRPr="00AD1D4A">
              <w:rPr>
                <w:sz w:val="16"/>
                <w:lang w:val="fr-FR"/>
              </w:rPr>
              <w:t xml:space="preserve">, prin </w:t>
            </w:r>
            <w:proofErr w:type="spellStart"/>
            <w:r w:rsidRPr="00AD1D4A">
              <w:rPr>
                <w:sz w:val="16"/>
                <w:lang w:val="fr-FR"/>
              </w:rPr>
              <w:t>poștă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AD1D4A">
              <w:rPr>
                <w:sz w:val="16"/>
                <w:lang w:val="fr-FR"/>
              </w:rPr>
              <w:t>adresa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gramStart"/>
            <w:r w:rsidRPr="00AD1D4A">
              <w:rPr>
                <w:sz w:val="16"/>
                <w:lang w:val="fr-FR"/>
              </w:rPr>
              <w:t>de e-mail</w:t>
            </w:r>
            <w:proofErr w:type="gram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indicată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ridicare</w:t>
            </w:r>
            <w:proofErr w:type="spellEnd"/>
            <w:r w:rsidRPr="00AD1D4A">
              <w:rPr>
                <w:sz w:val="16"/>
                <w:lang w:val="fr-FR"/>
              </w:rPr>
              <w:t xml:space="preserve"> de la </w:t>
            </w:r>
            <w:proofErr w:type="spellStart"/>
            <w:r w:rsidRPr="00AD1D4A">
              <w:rPr>
                <w:sz w:val="16"/>
                <w:lang w:val="fr-FR"/>
              </w:rPr>
              <w:t>sediul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09EE98EE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846492" w14:paraId="06936D8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16DA659" w14:textId="77777777" w:rsidR="00846492" w:rsidRDefault="00000000">
            <w:pPr>
              <w:keepNext/>
            </w:pPr>
            <w:r w:rsidRPr="00AD1D4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9.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846492" w14:paraId="72612615" w14:textId="77777777">
        <w:trPr>
          <w:cantSplit/>
          <w:trHeight w:val="510"/>
        </w:trPr>
        <w:tc>
          <w:tcPr>
            <w:tcW w:w="1606" w:type="dxa"/>
          </w:tcPr>
          <w:p w14:paraId="60DE0C5D" w14:textId="77777777" w:rsidR="00846492" w:rsidRDefault="00000000">
            <w:r>
              <w:rPr>
                <w:b/>
                <w:color w:val="0D5F78"/>
              </w:rPr>
              <w:t>Data</w:t>
            </w:r>
          </w:p>
          <w:p w14:paraId="418D45B2" w14:textId="77777777" w:rsidR="00846492" w:rsidRDefault="00846492"/>
        </w:tc>
        <w:tc>
          <w:tcPr>
            <w:tcW w:w="4818" w:type="dxa"/>
          </w:tcPr>
          <w:p w14:paraId="63B78572" w14:textId="77777777" w:rsidR="00846492" w:rsidRDefault="00000000">
            <w:proofErr w:type="spellStart"/>
            <w:r>
              <w:rPr>
                <w:b/>
                <w:color w:val="0D5F78"/>
              </w:rPr>
              <w:t>Beneficiarul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</w:p>
          <w:p w14:paraId="128740B5" w14:textId="77777777" w:rsidR="00846492" w:rsidRDefault="00846492"/>
        </w:tc>
        <w:tc>
          <w:tcPr>
            <w:tcW w:w="3212" w:type="dxa"/>
          </w:tcPr>
          <w:p w14:paraId="69CA0E82" w14:textId="77777777" w:rsidR="00846492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079B7842" w14:textId="77777777" w:rsidR="00846492" w:rsidRDefault="00846492"/>
        </w:tc>
      </w:tr>
    </w:tbl>
    <w:p w14:paraId="13FEF6FB" w14:textId="77777777" w:rsidR="00846492" w:rsidRDefault="00846492">
      <w:pPr>
        <w:spacing w:line="168" w:lineRule="auto"/>
      </w:pPr>
    </w:p>
    <w:sectPr w:rsidR="00846492" w:rsidSect="007C5D68">
      <w:type w:val="continuous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C1528" w14:textId="77777777" w:rsidR="003F4E42" w:rsidRDefault="003F4E42">
      <w:r>
        <w:separator/>
      </w:r>
    </w:p>
  </w:endnote>
  <w:endnote w:type="continuationSeparator" w:id="0">
    <w:p w14:paraId="2FE686DD" w14:textId="77777777" w:rsidR="003F4E42" w:rsidRDefault="003F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5D4A" w14:textId="77777777" w:rsidR="00846492" w:rsidRDefault="00000000">
    <w:pPr>
      <w:pStyle w:val="Footer"/>
      <w:tabs>
        <w:tab w:val="right" w:pos="9639"/>
      </w:tabs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D1D4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D1D4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E93B" w14:textId="77777777" w:rsidR="00F343D2" w:rsidRDefault="00F343D2" w:rsidP="00F343D2">
    <w:pPr>
      <w:pStyle w:val="Footer"/>
      <w:tabs>
        <w:tab w:val="right" w:pos="9639"/>
      </w:tabs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color w:val="595959"/>
      </w:rPr>
      <w:t>2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color w:val="595959"/>
      </w:rPr>
      <w:t>2</w:t>
    </w:r>
    <w:r>
      <w:rPr>
        <w:color w:val="595959"/>
      </w:rPr>
      <w:fldChar w:fldCharType="end"/>
    </w:r>
  </w:p>
  <w:p w14:paraId="30EA6E2D" w14:textId="77777777" w:rsidR="00F343D2" w:rsidRDefault="00F343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9AE86" w14:textId="77777777" w:rsidR="003F4E42" w:rsidRDefault="003F4E42">
      <w:r>
        <w:separator/>
      </w:r>
    </w:p>
  </w:footnote>
  <w:footnote w:type="continuationSeparator" w:id="0">
    <w:p w14:paraId="6C1274C4" w14:textId="77777777" w:rsidR="003F4E42" w:rsidRDefault="003F4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7BB7" w14:textId="53CC4ECF" w:rsidR="007C5D68" w:rsidRDefault="007C5D68">
    <w:pPr>
      <w:pStyle w:val="Header"/>
      <w:rPr>
        <w:i/>
        <w:iCs/>
        <w:color w:val="000000" w:themeColor="text1"/>
        <w:sz w:val="24"/>
        <w:szCs w:val="24"/>
        <w:u w:val="single"/>
        <w:lang w:val="ro-RO"/>
      </w:rPr>
    </w:pPr>
    <w:r w:rsidRPr="00F343D2">
      <w:rPr>
        <w:i/>
        <w:iCs/>
        <w:color w:val="000000" w:themeColor="text1"/>
        <w:sz w:val="24"/>
        <w:szCs w:val="24"/>
        <w:u w:val="single"/>
        <w:lang w:val="ro-RO"/>
      </w:rPr>
      <w:t>Anexa nr.</w:t>
    </w:r>
    <w:r w:rsidR="00F4129D" w:rsidRPr="00F343D2">
      <w:rPr>
        <w:i/>
        <w:iCs/>
        <w:color w:val="000000" w:themeColor="text1"/>
        <w:sz w:val="24"/>
        <w:szCs w:val="24"/>
        <w:u w:val="single"/>
        <w:lang w:val="ro-RO"/>
      </w:rPr>
      <w:t>3</w:t>
    </w:r>
  </w:p>
  <w:p w14:paraId="20A4B0F4" w14:textId="69253DC8" w:rsidR="006113A9" w:rsidRPr="00F343D2" w:rsidRDefault="006113A9">
    <w:pPr>
      <w:pStyle w:val="Header"/>
      <w:rPr>
        <w:i/>
        <w:iCs/>
        <w:color w:val="000000" w:themeColor="text1"/>
        <w:sz w:val="24"/>
        <w:szCs w:val="24"/>
        <w:u w:val="single"/>
        <w:lang w:val="ro-RO"/>
      </w:rPr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1B055926" w14:textId="77777777" w:rsidR="00F343D2" w:rsidRPr="00F343D2" w:rsidRDefault="00F343D2">
    <w:pPr>
      <w:pStyle w:val="Header"/>
      <w:rPr>
        <w:i/>
        <w:iCs/>
        <w:color w:val="000000" w:themeColor="text1"/>
        <w:sz w:val="24"/>
        <w:szCs w:val="24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8357596">
    <w:abstractNumId w:val="8"/>
  </w:num>
  <w:num w:numId="2" w16cid:durableId="811796782">
    <w:abstractNumId w:val="6"/>
  </w:num>
  <w:num w:numId="3" w16cid:durableId="1602299517">
    <w:abstractNumId w:val="5"/>
  </w:num>
  <w:num w:numId="4" w16cid:durableId="566454866">
    <w:abstractNumId w:val="4"/>
  </w:num>
  <w:num w:numId="5" w16cid:durableId="1116486043">
    <w:abstractNumId w:val="7"/>
  </w:num>
  <w:num w:numId="6" w16cid:durableId="642930687">
    <w:abstractNumId w:val="3"/>
  </w:num>
  <w:num w:numId="7" w16cid:durableId="798766958">
    <w:abstractNumId w:val="2"/>
  </w:num>
  <w:num w:numId="8" w16cid:durableId="554967532">
    <w:abstractNumId w:val="1"/>
  </w:num>
  <w:num w:numId="9" w16cid:durableId="194271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55CA"/>
    <w:rsid w:val="0029639D"/>
    <w:rsid w:val="0031113E"/>
    <w:rsid w:val="00320861"/>
    <w:rsid w:val="00326F90"/>
    <w:rsid w:val="003869B3"/>
    <w:rsid w:val="003F4418"/>
    <w:rsid w:val="003F4E42"/>
    <w:rsid w:val="004D2D0E"/>
    <w:rsid w:val="004D50AF"/>
    <w:rsid w:val="004E2246"/>
    <w:rsid w:val="0060615D"/>
    <w:rsid w:val="006113A9"/>
    <w:rsid w:val="006C103E"/>
    <w:rsid w:val="007C5D68"/>
    <w:rsid w:val="007F39C2"/>
    <w:rsid w:val="00846492"/>
    <w:rsid w:val="00852977"/>
    <w:rsid w:val="00870FD7"/>
    <w:rsid w:val="00932ED5"/>
    <w:rsid w:val="009456A7"/>
    <w:rsid w:val="00A17614"/>
    <w:rsid w:val="00AA1D8D"/>
    <w:rsid w:val="00AD1D4A"/>
    <w:rsid w:val="00B47730"/>
    <w:rsid w:val="00CA6FDB"/>
    <w:rsid w:val="00CB0664"/>
    <w:rsid w:val="00D2019F"/>
    <w:rsid w:val="00D2346C"/>
    <w:rsid w:val="00E52AF9"/>
    <w:rsid w:val="00E61A6B"/>
    <w:rsid w:val="00F343D2"/>
    <w:rsid w:val="00F4129D"/>
    <w:rsid w:val="00FC693F"/>
    <w:rsid w:val="00FD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7E33A0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14</cp:revision>
  <dcterms:created xsi:type="dcterms:W3CDTF">2013-12-23T23:15:00Z</dcterms:created>
  <dcterms:modified xsi:type="dcterms:W3CDTF">2026-08-27T13:20:00Z</dcterms:modified>
  <cp:category/>
</cp:coreProperties>
</file>