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DC34E" w14:textId="77777777" w:rsidR="00A11ECC" w:rsidRPr="00E6757A" w:rsidRDefault="00A11ECC">
      <w:pPr>
        <w:spacing w:line="168" w:lineRule="auto"/>
        <w:rPr>
          <w:lang w:val="fr-FR"/>
        </w:rPr>
      </w:pPr>
    </w:p>
    <w:tbl>
      <w:tblPr>
        <w:tblStyle w:val="TableGrid"/>
        <w:tblW w:w="9606" w:type="dxa"/>
        <w:tblLook w:val="04A0" w:firstRow="1" w:lastRow="0" w:firstColumn="1" w:lastColumn="0" w:noHBand="0" w:noVBand="1"/>
      </w:tblPr>
      <w:tblGrid>
        <w:gridCol w:w="1641"/>
        <w:gridCol w:w="2323"/>
        <w:gridCol w:w="2281"/>
        <w:gridCol w:w="3361"/>
      </w:tblGrid>
      <w:tr w:rsidR="0039392B" w14:paraId="66F9FAE3" w14:textId="77777777" w:rsidTr="0039392B">
        <w:trPr>
          <w:trHeight w:val="393"/>
        </w:trPr>
        <w:tc>
          <w:tcPr>
            <w:tcW w:w="1641" w:type="dxa"/>
            <w:vMerge w:val="restart"/>
          </w:tcPr>
          <w:p w14:paraId="0B0AD60B" w14:textId="77777777" w:rsidR="0039392B" w:rsidRDefault="0039392B" w:rsidP="00756960">
            <w:pPr>
              <w:spacing w:before="140" w:after="40"/>
              <w:jc w:val="center"/>
              <w:rPr>
                <w:b/>
                <w:sz w:val="28"/>
                <w:szCs w:val="28"/>
              </w:rPr>
            </w:pPr>
            <w:r w:rsidRPr="007209F7">
              <w:rPr>
                <w:rFonts w:eastAsia="Calibri" w:cs="Times New Roman"/>
                <w:noProof/>
                <w:sz w:val="24"/>
              </w:rPr>
              <w:drawing>
                <wp:anchor distT="0" distB="0" distL="114300" distR="114300" simplePos="0" relativeHeight="251656192" behindDoc="0" locked="0" layoutInCell="1" allowOverlap="1" wp14:anchorId="0A4ECD08" wp14:editId="0C1C53EC">
                  <wp:simplePos x="0" y="0"/>
                  <wp:positionH relativeFrom="column">
                    <wp:posOffset>129305</wp:posOffset>
                  </wp:positionH>
                  <wp:positionV relativeFrom="paragraph">
                    <wp:posOffset>35879</wp:posOffset>
                  </wp:positionV>
                  <wp:extent cx="604599" cy="1002115"/>
                  <wp:effectExtent l="0" t="0" r="5080" b="7620"/>
                  <wp:wrapNone/>
                  <wp:docPr id="1527803697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20" t="-12" r="-20" b="-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357" cy="1003372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965" w:type="dxa"/>
            <w:gridSpan w:val="3"/>
          </w:tcPr>
          <w:p w14:paraId="39C21DB2" w14:textId="77777777" w:rsidR="0039392B" w:rsidRDefault="0039392B" w:rsidP="00756960">
            <w:pPr>
              <w:spacing w:after="40"/>
              <w:rPr>
                <w:b/>
                <w:sz w:val="28"/>
                <w:szCs w:val="28"/>
              </w:rPr>
            </w:pPr>
            <w:r w:rsidRPr="00B17BDC">
              <w:rPr>
                <w:b/>
                <w:color w:val="000000" w:themeColor="text1"/>
                <w:sz w:val="20"/>
                <w:szCs w:val="20"/>
              </w:rPr>
              <w:t>BUCUREȘTI</w:t>
            </w:r>
          </w:p>
        </w:tc>
      </w:tr>
      <w:tr w:rsidR="0039392B" w14:paraId="03C137A1" w14:textId="77777777" w:rsidTr="0039392B">
        <w:trPr>
          <w:trHeight w:val="206"/>
        </w:trPr>
        <w:tc>
          <w:tcPr>
            <w:tcW w:w="1641" w:type="dxa"/>
            <w:vMerge/>
          </w:tcPr>
          <w:p w14:paraId="1F1AC117" w14:textId="77777777" w:rsidR="0039392B" w:rsidRDefault="0039392B" w:rsidP="00756960">
            <w:pPr>
              <w:spacing w:before="140" w:after="4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65" w:type="dxa"/>
            <w:gridSpan w:val="3"/>
          </w:tcPr>
          <w:p w14:paraId="606E550A" w14:textId="77777777" w:rsidR="0039392B" w:rsidRPr="000F4882" w:rsidRDefault="0039392B" w:rsidP="00756960">
            <w:pPr>
              <w:keepNext/>
              <w:rPr>
                <w:color w:val="000000" w:themeColor="text1"/>
                <w:sz w:val="20"/>
                <w:szCs w:val="20"/>
              </w:rPr>
            </w:pPr>
            <w:r w:rsidRPr="00B17BDC">
              <w:rPr>
                <w:b/>
                <w:color w:val="000000" w:themeColor="text1"/>
                <w:sz w:val="20"/>
                <w:szCs w:val="20"/>
              </w:rPr>
              <w:t>PRIMĂRIA SECTORULUI 4 AL MUNICIPIULUI BUCUREȘTI</w:t>
            </w:r>
          </w:p>
        </w:tc>
      </w:tr>
      <w:tr w:rsidR="0039392B" w14:paraId="10FC8832" w14:textId="77777777" w:rsidTr="0039392B">
        <w:trPr>
          <w:trHeight w:val="206"/>
        </w:trPr>
        <w:tc>
          <w:tcPr>
            <w:tcW w:w="1641" w:type="dxa"/>
            <w:vMerge/>
          </w:tcPr>
          <w:p w14:paraId="267FCA8C" w14:textId="77777777" w:rsidR="0039392B" w:rsidRDefault="0039392B" w:rsidP="00756960">
            <w:pPr>
              <w:spacing w:before="140" w:after="4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23" w:type="dxa"/>
          </w:tcPr>
          <w:p w14:paraId="0F8A1309" w14:textId="77777777" w:rsidR="0039392B" w:rsidRPr="000F4882" w:rsidRDefault="0039392B" w:rsidP="00756960">
            <w:pPr>
              <w:keepNext/>
              <w:rPr>
                <w:b/>
                <w:color w:val="000000" w:themeColor="text1"/>
                <w:lang w:val="fr-FR"/>
              </w:rPr>
            </w:pPr>
            <w:r w:rsidRPr="007209F7">
              <w:rPr>
                <w:b/>
                <w:color w:val="000000" w:themeColor="text1"/>
                <w:lang w:val="fr-FR"/>
              </w:rPr>
              <w:t xml:space="preserve">Cod de </w:t>
            </w:r>
            <w:proofErr w:type="spellStart"/>
            <w:r w:rsidRPr="007209F7">
              <w:rPr>
                <w:b/>
                <w:color w:val="000000" w:themeColor="text1"/>
                <w:lang w:val="fr-FR"/>
              </w:rPr>
              <w:t>identificare</w:t>
            </w:r>
            <w:proofErr w:type="spellEnd"/>
            <w:r w:rsidRPr="007209F7">
              <w:rPr>
                <w:b/>
                <w:color w:val="000000" w:themeColor="text1"/>
                <w:lang w:val="fr-FR"/>
              </w:rPr>
              <w:t xml:space="preserve"> </w:t>
            </w:r>
            <w:proofErr w:type="spellStart"/>
            <w:r w:rsidRPr="007209F7">
              <w:rPr>
                <w:b/>
                <w:color w:val="000000" w:themeColor="text1"/>
                <w:lang w:val="fr-FR"/>
              </w:rPr>
              <w:t>fiscală</w:t>
            </w:r>
            <w:proofErr w:type="spellEnd"/>
            <w:r w:rsidRPr="007209F7">
              <w:rPr>
                <w:b/>
                <w:color w:val="000000" w:themeColor="text1"/>
                <w:lang w:val="fr-FR"/>
              </w:rPr>
              <w:t xml:space="preserve"> (CIF)</w:t>
            </w:r>
            <w:r>
              <w:rPr>
                <w:b/>
                <w:color w:val="000000" w:themeColor="text1"/>
                <w:lang w:val="fr-FR"/>
              </w:rPr>
              <w:t> :</w:t>
            </w:r>
            <w:r w:rsidRPr="007209F7">
              <w:rPr>
                <w:b/>
                <w:color w:val="000000" w:themeColor="text1"/>
                <w:lang w:val="fr-FR"/>
              </w:rPr>
              <w:t xml:space="preserve"> RO 4316422</w:t>
            </w:r>
          </w:p>
        </w:tc>
        <w:tc>
          <w:tcPr>
            <w:tcW w:w="5642" w:type="dxa"/>
            <w:gridSpan w:val="2"/>
          </w:tcPr>
          <w:p w14:paraId="3F090042" w14:textId="77777777" w:rsidR="0039392B" w:rsidRPr="000F4882" w:rsidRDefault="0039392B" w:rsidP="00756960">
            <w:pPr>
              <w:keepNext/>
              <w:rPr>
                <w:color w:val="000000" w:themeColor="text1"/>
              </w:rPr>
            </w:pPr>
            <w:proofErr w:type="spellStart"/>
            <w:r w:rsidRPr="007209F7">
              <w:rPr>
                <w:b/>
                <w:color w:val="000000" w:themeColor="text1"/>
              </w:rPr>
              <w:t>Adresa</w:t>
            </w:r>
            <w:proofErr w:type="spellEnd"/>
            <w:r>
              <w:rPr>
                <w:b/>
                <w:color w:val="000000" w:themeColor="text1"/>
              </w:rPr>
              <w:t xml:space="preserve">:  </w:t>
            </w:r>
            <w:r w:rsidRPr="000F4882">
              <w:rPr>
                <w:rFonts w:cs="Times New Roman"/>
                <w:bCs/>
                <w:color w:val="000000" w:themeColor="text1"/>
                <w:sz w:val="18"/>
                <w:szCs w:val="18"/>
                <w:lang w:val="ro-RO"/>
              </w:rPr>
              <w:t>Bd. George Coşbuc nr. 6-16, sector 4, Bucureşti, România</w:t>
            </w:r>
            <w:r w:rsidRPr="000F4882"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14:paraId="575BC276" w14:textId="77777777" w:rsidR="0039392B" w:rsidRPr="000F4882" w:rsidRDefault="0039392B" w:rsidP="00756960">
            <w:pPr>
              <w:keepNext/>
              <w:rPr>
                <w:rFonts w:cs="Times New Roman"/>
                <w:color w:val="000000" w:themeColor="text1"/>
                <w:sz w:val="16"/>
                <w:szCs w:val="16"/>
                <w:lang w:val="es-ES"/>
              </w:rPr>
            </w:pPr>
            <w:r w:rsidRPr="000F4882">
              <w:rPr>
                <w:color w:val="000000" w:themeColor="text1"/>
                <w:sz w:val="18"/>
                <w:szCs w:val="18"/>
              </w:rPr>
              <w:t xml:space="preserve">             Tel: </w:t>
            </w:r>
            <w:r w:rsidRPr="000F4882">
              <w:rPr>
                <w:rFonts w:cs="Times New Roman"/>
                <w:color w:val="000000" w:themeColor="text1"/>
                <w:sz w:val="16"/>
                <w:szCs w:val="16"/>
                <w:lang w:val="es-ES"/>
              </w:rPr>
              <w:t>+40-21-335.92.</w:t>
            </w:r>
            <w:proofErr w:type="gramStart"/>
            <w:r w:rsidRPr="000F4882">
              <w:rPr>
                <w:rFonts w:cs="Times New Roman"/>
                <w:color w:val="000000" w:themeColor="text1"/>
                <w:sz w:val="16"/>
                <w:szCs w:val="16"/>
                <w:lang w:val="es-ES"/>
              </w:rPr>
              <w:t>30  /</w:t>
            </w:r>
            <w:proofErr w:type="gramEnd"/>
            <w:r w:rsidRPr="000F4882">
              <w:rPr>
                <w:rFonts w:cs="Times New Roman"/>
                <w:color w:val="000000" w:themeColor="text1"/>
                <w:sz w:val="16"/>
                <w:szCs w:val="16"/>
                <w:lang w:val="es-ES"/>
              </w:rPr>
              <w:t xml:space="preserve">  Fax</w:t>
            </w:r>
            <w:proofErr w:type="gramStart"/>
            <w:r w:rsidRPr="000F4882">
              <w:rPr>
                <w:rFonts w:cs="Times New Roman"/>
                <w:color w:val="000000" w:themeColor="text1"/>
                <w:sz w:val="16"/>
                <w:szCs w:val="16"/>
                <w:lang w:val="es-ES"/>
              </w:rPr>
              <w:t>. :</w:t>
            </w:r>
            <w:proofErr w:type="gramEnd"/>
            <w:r w:rsidRPr="000F4882">
              <w:rPr>
                <w:rFonts w:cs="Times New Roman"/>
                <w:color w:val="000000" w:themeColor="text1"/>
                <w:sz w:val="16"/>
                <w:szCs w:val="16"/>
                <w:lang w:val="es-ES"/>
              </w:rPr>
              <w:t xml:space="preserve"> +40-21-337.07.90</w:t>
            </w:r>
          </w:p>
          <w:p w14:paraId="76400494" w14:textId="77777777" w:rsidR="0039392B" w:rsidRPr="000F4882" w:rsidRDefault="0039392B" w:rsidP="00756960">
            <w:pPr>
              <w:keepNext/>
              <w:rPr>
                <w:rFonts w:cs="Times New Roman"/>
                <w:sz w:val="16"/>
                <w:szCs w:val="16"/>
                <w:lang w:val="es-ES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val="es-ES"/>
              </w:rPr>
              <w:t xml:space="preserve">               </w:t>
            </w:r>
            <w:r w:rsidRPr="000F4882">
              <w:rPr>
                <w:rFonts w:cs="Times New Roman"/>
                <w:color w:val="000000" w:themeColor="text1"/>
                <w:sz w:val="16"/>
                <w:szCs w:val="16"/>
                <w:lang w:val="es-ES"/>
              </w:rPr>
              <w:t>e-mail: contact@ps4.ro</w:t>
            </w:r>
          </w:p>
        </w:tc>
      </w:tr>
      <w:tr w:rsidR="0039392B" w14:paraId="4274673D" w14:textId="77777777" w:rsidTr="0039392B">
        <w:trPr>
          <w:trHeight w:val="416"/>
        </w:trPr>
        <w:tc>
          <w:tcPr>
            <w:tcW w:w="1641" w:type="dxa"/>
            <w:vMerge/>
          </w:tcPr>
          <w:p w14:paraId="4301A554" w14:textId="77777777" w:rsidR="0039392B" w:rsidRDefault="0039392B" w:rsidP="00756960">
            <w:pPr>
              <w:spacing w:after="4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04" w:type="dxa"/>
            <w:gridSpan w:val="2"/>
          </w:tcPr>
          <w:p w14:paraId="31306614" w14:textId="77777777" w:rsidR="0039392B" w:rsidRDefault="0039392B" w:rsidP="00756960">
            <w:pPr>
              <w:keepNext/>
              <w:rPr>
                <w:b/>
                <w:color w:val="000000" w:themeColor="text1"/>
                <w:sz w:val="20"/>
                <w:szCs w:val="20"/>
              </w:rPr>
            </w:pPr>
          </w:p>
          <w:p w14:paraId="28C8C996" w14:textId="77777777" w:rsidR="0039392B" w:rsidRPr="000F4882" w:rsidRDefault="0039392B" w:rsidP="00756960">
            <w:pPr>
              <w:keepNext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17BDC">
              <w:rPr>
                <w:b/>
                <w:color w:val="000000" w:themeColor="text1"/>
                <w:sz w:val="20"/>
                <w:szCs w:val="20"/>
              </w:rPr>
              <w:t>Număr</w:t>
            </w:r>
            <w:proofErr w:type="spellEnd"/>
            <w:r w:rsidRPr="00B17BDC">
              <w:rPr>
                <w:b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proofErr w:type="gramStart"/>
            <w:r w:rsidRPr="00B17BDC">
              <w:rPr>
                <w:b/>
                <w:color w:val="000000" w:themeColor="text1"/>
                <w:sz w:val="20"/>
                <w:szCs w:val="20"/>
              </w:rPr>
              <w:t>înregistrare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>:…</w:t>
            </w:r>
            <w:proofErr w:type="gramEnd"/>
            <w:r>
              <w:rPr>
                <w:b/>
                <w:color w:val="000000" w:themeColor="text1"/>
                <w:sz w:val="20"/>
                <w:szCs w:val="20"/>
              </w:rPr>
              <w:t>……………………</w:t>
            </w:r>
          </w:p>
        </w:tc>
        <w:tc>
          <w:tcPr>
            <w:tcW w:w="3361" w:type="dxa"/>
          </w:tcPr>
          <w:p w14:paraId="39EA3B6F" w14:textId="77777777" w:rsidR="0039392B" w:rsidRDefault="0039392B" w:rsidP="00756960">
            <w:pPr>
              <w:keepNext/>
              <w:rPr>
                <w:b/>
                <w:color w:val="000000" w:themeColor="text1"/>
                <w:sz w:val="20"/>
                <w:szCs w:val="20"/>
              </w:rPr>
            </w:pPr>
          </w:p>
          <w:p w14:paraId="69F6F726" w14:textId="77777777" w:rsidR="0039392B" w:rsidRPr="000F4882" w:rsidRDefault="0039392B" w:rsidP="00756960">
            <w:pPr>
              <w:keepNext/>
              <w:rPr>
                <w:color w:val="000000" w:themeColor="text1"/>
                <w:sz w:val="20"/>
                <w:szCs w:val="20"/>
              </w:rPr>
            </w:pPr>
            <w:r w:rsidRPr="00B17BDC">
              <w:rPr>
                <w:b/>
                <w:color w:val="000000" w:themeColor="text1"/>
                <w:sz w:val="20"/>
                <w:szCs w:val="20"/>
              </w:rPr>
              <w:t>Data</w:t>
            </w:r>
            <w:r>
              <w:rPr>
                <w:b/>
                <w:color w:val="000000" w:themeColor="text1"/>
                <w:sz w:val="20"/>
                <w:szCs w:val="20"/>
              </w:rPr>
              <w:t>: …………/………</w:t>
            </w:r>
            <w:proofErr w:type="gramStart"/>
            <w:r>
              <w:rPr>
                <w:b/>
                <w:color w:val="000000" w:themeColor="text1"/>
                <w:sz w:val="20"/>
                <w:szCs w:val="20"/>
              </w:rPr>
              <w:t>…..</w:t>
            </w:r>
            <w:proofErr w:type="gramEnd"/>
            <w:r>
              <w:rPr>
                <w:b/>
                <w:color w:val="000000" w:themeColor="text1"/>
                <w:sz w:val="20"/>
                <w:szCs w:val="20"/>
              </w:rPr>
              <w:t>/ 2026</w:t>
            </w:r>
          </w:p>
        </w:tc>
      </w:tr>
      <w:tr w:rsidR="0039392B" w14:paraId="2B08C3DD" w14:textId="77777777" w:rsidTr="0039392B">
        <w:trPr>
          <w:trHeight w:val="165"/>
        </w:trPr>
        <w:tc>
          <w:tcPr>
            <w:tcW w:w="9606" w:type="dxa"/>
            <w:gridSpan w:val="4"/>
          </w:tcPr>
          <w:p w14:paraId="06A9615C" w14:textId="77777777" w:rsidR="0039392B" w:rsidRDefault="0039392B" w:rsidP="00756960">
            <w:pPr>
              <w:spacing w:after="40"/>
              <w:rPr>
                <w:b/>
                <w:sz w:val="28"/>
                <w:szCs w:val="28"/>
              </w:rPr>
            </w:pPr>
            <w:proofErr w:type="gramStart"/>
            <w:r w:rsidRPr="00F801F2">
              <w:rPr>
                <w:i/>
                <w:color w:val="595959"/>
                <w:lang w:val="fr-FR"/>
              </w:rPr>
              <w:t>se</w:t>
            </w:r>
            <w:proofErr w:type="gramEnd"/>
            <w:r w:rsidRPr="00F801F2">
              <w:rPr>
                <w:i/>
                <w:color w:val="595959"/>
                <w:lang w:val="fr-FR"/>
              </w:rPr>
              <w:t xml:space="preserve"> </w:t>
            </w:r>
            <w:proofErr w:type="spellStart"/>
            <w:r w:rsidRPr="00F801F2">
              <w:rPr>
                <w:i/>
                <w:color w:val="595959"/>
                <w:lang w:val="fr-FR"/>
              </w:rPr>
              <w:t>completează</w:t>
            </w:r>
            <w:proofErr w:type="spellEnd"/>
            <w:r w:rsidRPr="00F801F2">
              <w:rPr>
                <w:i/>
                <w:color w:val="595959"/>
                <w:lang w:val="fr-FR"/>
              </w:rPr>
              <w:t xml:space="preserve"> de </w:t>
            </w:r>
            <w:proofErr w:type="spellStart"/>
            <w:r w:rsidRPr="00F801F2">
              <w:rPr>
                <w:i/>
                <w:color w:val="595959"/>
                <w:lang w:val="fr-FR"/>
              </w:rPr>
              <w:t>autoritate</w:t>
            </w:r>
            <w:proofErr w:type="spellEnd"/>
            <w:r w:rsidRPr="00F801F2">
              <w:rPr>
                <w:i/>
                <w:color w:val="595959"/>
                <w:lang w:val="fr-FR"/>
              </w:rPr>
              <w:t xml:space="preserve"> — </w:t>
            </w:r>
            <w:proofErr w:type="spellStart"/>
            <w:r w:rsidRPr="00F801F2">
              <w:rPr>
                <w:i/>
                <w:color w:val="595959"/>
                <w:lang w:val="fr-FR"/>
              </w:rPr>
              <w:t>solicitantul</w:t>
            </w:r>
            <w:proofErr w:type="spellEnd"/>
            <w:r w:rsidRPr="00F801F2">
              <w:rPr>
                <w:i/>
                <w:color w:val="595959"/>
                <w:lang w:val="fr-FR"/>
              </w:rPr>
              <w:t xml:space="preserve"> nu </w:t>
            </w:r>
            <w:proofErr w:type="spellStart"/>
            <w:r w:rsidRPr="00F801F2">
              <w:rPr>
                <w:i/>
                <w:color w:val="595959"/>
                <w:lang w:val="fr-FR"/>
              </w:rPr>
              <w:t>scrie</w:t>
            </w:r>
            <w:proofErr w:type="spellEnd"/>
            <w:r w:rsidRPr="00F801F2">
              <w:rPr>
                <w:i/>
                <w:color w:val="595959"/>
                <w:lang w:val="fr-FR"/>
              </w:rPr>
              <w:t xml:space="preserve"> </w:t>
            </w:r>
            <w:proofErr w:type="spellStart"/>
            <w:r w:rsidRPr="00F801F2">
              <w:rPr>
                <w:i/>
                <w:color w:val="595959"/>
                <w:lang w:val="fr-FR"/>
              </w:rPr>
              <w:t>în</w:t>
            </w:r>
            <w:proofErr w:type="spellEnd"/>
            <w:r w:rsidRPr="00F801F2">
              <w:rPr>
                <w:i/>
                <w:color w:val="595959"/>
                <w:lang w:val="fr-FR"/>
              </w:rPr>
              <w:t xml:space="preserve"> </w:t>
            </w:r>
            <w:proofErr w:type="spellStart"/>
            <w:r w:rsidRPr="00F801F2">
              <w:rPr>
                <w:i/>
                <w:color w:val="595959"/>
                <w:lang w:val="fr-FR"/>
              </w:rPr>
              <w:t>această</w:t>
            </w:r>
            <w:proofErr w:type="spellEnd"/>
            <w:r w:rsidRPr="00F801F2">
              <w:rPr>
                <w:i/>
                <w:color w:val="595959"/>
                <w:lang w:val="fr-FR"/>
              </w:rPr>
              <w:t xml:space="preserve"> </w:t>
            </w:r>
            <w:proofErr w:type="spellStart"/>
            <w:r w:rsidRPr="00F801F2">
              <w:rPr>
                <w:i/>
                <w:color w:val="595959"/>
                <w:lang w:val="fr-FR"/>
              </w:rPr>
              <w:t>zonă</w:t>
            </w:r>
            <w:proofErr w:type="spellEnd"/>
          </w:p>
        </w:tc>
      </w:tr>
    </w:tbl>
    <w:p w14:paraId="0212170C" w14:textId="77777777" w:rsidR="0039392B" w:rsidRDefault="0039392B">
      <w:pPr>
        <w:spacing w:before="140" w:after="40"/>
        <w:jc w:val="center"/>
        <w:rPr>
          <w:b/>
          <w:sz w:val="28"/>
          <w:szCs w:val="28"/>
        </w:rPr>
      </w:pPr>
    </w:p>
    <w:p w14:paraId="0F5A4CDF" w14:textId="72ECD0C5" w:rsidR="00A11ECC" w:rsidRPr="00182EDC" w:rsidRDefault="00000000">
      <w:pPr>
        <w:spacing w:before="140" w:after="40"/>
        <w:jc w:val="center"/>
        <w:rPr>
          <w:sz w:val="28"/>
          <w:szCs w:val="28"/>
        </w:rPr>
      </w:pPr>
      <w:r w:rsidRPr="00182EDC">
        <w:rPr>
          <w:b/>
          <w:sz w:val="28"/>
          <w:szCs w:val="28"/>
        </w:rPr>
        <w:t>ÎNȘTIINȚARE</w:t>
      </w:r>
    </w:p>
    <w:p w14:paraId="1643D012" w14:textId="77777777" w:rsidR="00A11ECC" w:rsidRDefault="00000000">
      <w:pPr>
        <w:spacing w:after="120"/>
        <w:jc w:val="center"/>
      </w:pPr>
      <w:r>
        <w:rPr>
          <w:sz w:val="19"/>
        </w:rPr>
        <w:t>privind începerea execuției lucrărilor</w:t>
      </w:r>
    </w:p>
    <w:p w14:paraId="4291F9D6" w14:textId="77777777" w:rsidR="00A11ECC" w:rsidRDefault="00A11ECC">
      <w:pPr>
        <w:spacing w:after="60"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A11ECC" w14:paraId="7612C26F" w14:textId="77777777">
        <w:trPr>
          <w:cantSplit/>
        </w:trPr>
        <w:tc>
          <w:tcPr>
            <w:tcW w:w="9636" w:type="dxa"/>
            <w:shd w:val="clear" w:color="auto" w:fill="F4F4F4"/>
          </w:tcPr>
          <w:p w14:paraId="752A6287" w14:textId="77777777" w:rsidR="00A11ECC" w:rsidRDefault="00000000">
            <w:pPr>
              <w:keepNext/>
            </w:pPr>
            <w:r>
              <w:rPr>
                <w:b/>
                <w:sz w:val="16"/>
              </w:rPr>
              <w:t xml:space="preserve"> 1. </w:t>
            </w:r>
            <w:r>
              <w:rPr>
                <w:b/>
                <w:color w:val="000000"/>
                <w:sz w:val="18"/>
              </w:rPr>
              <w:t>CĂTRE</w:t>
            </w:r>
          </w:p>
        </w:tc>
      </w:tr>
      <w:tr w:rsidR="00A11ECC" w:rsidRPr="00182EDC" w14:paraId="37740068" w14:textId="77777777">
        <w:trPr>
          <w:cantSplit/>
          <w:trHeight w:val="510"/>
        </w:trPr>
        <w:tc>
          <w:tcPr>
            <w:tcW w:w="9636" w:type="dxa"/>
          </w:tcPr>
          <w:p w14:paraId="48BA2405" w14:textId="77777777" w:rsidR="00A11ECC" w:rsidRPr="00E6757A" w:rsidRDefault="00000000">
            <w:pPr>
              <w:keepNext/>
              <w:rPr>
                <w:lang w:val="fr-FR"/>
              </w:rPr>
            </w:pPr>
            <w:proofErr w:type="spellStart"/>
            <w:r w:rsidRPr="00E6757A">
              <w:rPr>
                <w:b/>
                <w:color w:val="0D5F78"/>
                <w:lang w:val="fr-FR"/>
              </w:rPr>
              <w:t>Instituția</w:t>
            </w:r>
            <w:proofErr w:type="spellEnd"/>
          </w:p>
          <w:p w14:paraId="2804ABDC" w14:textId="77777777" w:rsidR="00A11ECC" w:rsidRPr="00E6757A" w:rsidRDefault="00000000">
            <w:pPr>
              <w:keepNext/>
              <w:rPr>
                <w:lang w:val="fr-FR"/>
              </w:rPr>
            </w:pPr>
            <w:proofErr w:type="spellStart"/>
            <w:proofErr w:type="gramStart"/>
            <w:r w:rsidRPr="00E6757A">
              <w:rPr>
                <w:i/>
                <w:color w:val="7A7A7A"/>
                <w:lang w:val="fr-FR"/>
              </w:rPr>
              <w:t>primăria</w:t>
            </w:r>
            <w:proofErr w:type="spellEnd"/>
            <w:proofErr w:type="gramEnd"/>
            <w:r w:rsidRPr="00E6757A">
              <w:rPr>
                <w:i/>
                <w:color w:val="7A7A7A"/>
                <w:lang w:val="fr-FR"/>
              </w:rPr>
              <w:t xml:space="preserve"> </w:t>
            </w:r>
            <w:proofErr w:type="spellStart"/>
            <w:r w:rsidRPr="00E6757A">
              <w:rPr>
                <w:i/>
                <w:color w:val="7A7A7A"/>
                <w:lang w:val="fr-FR"/>
              </w:rPr>
              <w:t>municipiului</w:t>
            </w:r>
            <w:proofErr w:type="spellEnd"/>
            <w:r w:rsidRPr="00E6757A">
              <w:rPr>
                <w:i/>
                <w:color w:val="7A7A7A"/>
                <w:lang w:val="fr-FR"/>
              </w:rPr>
              <w:t xml:space="preserve"> / </w:t>
            </w:r>
            <w:proofErr w:type="spellStart"/>
            <w:r w:rsidRPr="00E6757A">
              <w:rPr>
                <w:i/>
                <w:color w:val="7A7A7A"/>
                <w:lang w:val="fr-FR"/>
              </w:rPr>
              <w:t>orașului</w:t>
            </w:r>
            <w:proofErr w:type="spellEnd"/>
            <w:r w:rsidRPr="00E6757A">
              <w:rPr>
                <w:i/>
                <w:color w:val="7A7A7A"/>
                <w:lang w:val="fr-FR"/>
              </w:rPr>
              <w:t xml:space="preserve"> / </w:t>
            </w:r>
            <w:proofErr w:type="spellStart"/>
            <w:r w:rsidRPr="00E6757A">
              <w:rPr>
                <w:i/>
                <w:color w:val="7A7A7A"/>
                <w:lang w:val="fr-FR"/>
              </w:rPr>
              <w:t>comunei</w:t>
            </w:r>
            <w:proofErr w:type="spellEnd"/>
            <w:r w:rsidRPr="00E6757A">
              <w:rPr>
                <w:i/>
                <w:color w:val="7A7A7A"/>
                <w:lang w:val="fr-FR"/>
              </w:rPr>
              <w:t xml:space="preserve"> · </w:t>
            </w:r>
            <w:proofErr w:type="spellStart"/>
            <w:r w:rsidRPr="00E6757A">
              <w:rPr>
                <w:i/>
                <w:color w:val="7A7A7A"/>
                <w:lang w:val="fr-FR"/>
              </w:rPr>
              <w:t>primăria</w:t>
            </w:r>
            <w:proofErr w:type="spellEnd"/>
            <w:r w:rsidRPr="00E6757A">
              <w:rPr>
                <w:i/>
                <w:color w:val="7A7A7A"/>
                <w:lang w:val="fr-FR"/>
              </w:rPr>
              <w:t xml:space="preserve"> de </w:t>
            </w:r>
            <w:proofErr w:type="spellStart"/>
            <w:r w:rsidRPr="00E6757A">
              <w:rPr>
                <w:i/>
                <w:color w:val="7A7A7A"/>
                <w:lang w:val="fr-FR"/>
              </w:rPr>
              <w:t>sector</w:t>
            </w:r>
            <w:proofErr w:type="spellEnd"/>
            <w:r w:rsidRPr="00E6757A">
              <w:rPr>
                <w:i/>
                <w:color w:val="7A7A7A"/>
                <w:lang w:val="fr-FR"/>
              </w:rPr>
              <w:t xml:space="preserve"> · </w:t>
            </w:r>
            <w:proofErr w:type="spellStart"/>
            <w:r w:rsidRPr="00E6757A">
              <w:rPr>
                <w:i/>
                <w:color w:val="7A7A7A"/>
                <w:lang w:val="fr-FR"/>
              </w:rPr>
              <w:t>consiliul</w:t>
            </w:r>
            <w:proofErr w:type="spellEnd"/>
            <w:r w:rsidRPr="00E6757A">
              <w:rPr>
                <w:i/>
                <w:color w:val="7A7A7A"/>
                <w:lang w:val="fr-FR"/>
              </w:rPr>
              <w:t xml:space="preserve"> </w:t>
            </w:r>
            <w:proofErr w:type="spellStart"/>
            <w:r w:rsidRPr="00E6757A">
              <w:rPr>
                <w:i/>
                <w:color w:val="7A7A7A"/>
                <w:lang w:val="fr-FR"/>
              </w:rPr>
              <w:t>județean</w:t>
            </w:r>
            <w:proofErr w:type="spellEnd"/>
          </w:p>
          <w:p w14:paraId="5641DACE" w14:textId="77777777" w:rsidR="00A11ECC" w:rsidRPr="00E6757A" w:rsidRDefault="00A11ECC">
            <w:pPr>
              <w:keepNext/>
              <w:rPr>
                <w:lang w:val="fr-FR"/>
              </w:rPr>
            </w:pPr>
          </w:p>
        </w:tc>
      </w:tr>
      <w:tr w:rsidR="00A11ECC" w:rsidRPr="00182EDC" w14:paraId="57F07BFF" w14:textId="77777777">
        <w:trPr>
          <w:cantSplit/>
        </w:trPr>
        <w:tc>
          <w:tcPr>
            <w:tcW w:w="9636" w:type="dxa"/>
            <w:shd w:val="clear" w:color="auto" w:fill="F4F4F4"/>
          </w:tcPr>
          <w:p w14:paraId="78405B03" w14:textId="77777777" w:rsidR="00A11ECC" w:rsidRPr="00E6757A" w:rsidRDefault="00000000">
            <w:pPr>
              <w:spacing w:line="228" w:lineRule="auto"/>
              <w:rPr>
                <w:lang w:val="fr-FR"/>
              </w:rPr>
            </w:pPr>
            <w:proofErr w:type="spellStart"/>
            <w:r w:rsidRPr="00E6757A">
              <w:rPr>
                <w:lang w:val="fr-FR"/>
              </w:rPr>
              <w:t>Cererea</w:t>
            </w:r>
            <w:proofErr w:type="spellEnd"/>
            <w:r w:rsidRPr="00E6757A">
              <w:rPr>
                <w:lang w:val="fr-FR"/>
              </w:rPr>
              <w:t xml:space="preserve"> va fi </w:t>
            </w:r>
            <w:proofErr w:type="spellStart"/>
            <w:r w:rsidRPr="00E6757A">
              <w:rPr>
                <w:lang w:val="fr-FR"/>
              </w:rPr>
              <w:t>transmisă</w:t>
            </w:r>
            <w:proofErr w:type="spellEnd"/>
            <w:r w:rsidRPr="00E6757A">
              <w:rPr>
                <w:lang w:val="fr-FR"/>
              </w:rPr>
              <w:t xml:space="preserve"> </w:t>
            </w:r>
            <w:proofErr w:type="spellStart"/>
            <w:r w:rsidRPr="00E6757A">
              <w:rPr>
                <w:lang w:val="fr-FR"/>
              </w:rPr>
              <w:t>către</w:t>
            </w:r>
            <w:proofErr w:type="spellEnd"/>
            <w:r w:rsidRPr="00E6757A">
              <w:rPr>
                <w:lang w:val="fr-FR"/>
              </w:rPr>
              <w:t xml:space="preserve"> </w:t>
            </w:r>
            <w:proofErr w:type="spellStart"/>
            <w:r w:rsidRPr="00E6757A">
              <w:rPr>
                <w:lang w:val="fr-FR"/>
              </w:rPr>
              <w:t>președintele</w:t>
            </w:r>
            <w:proofErr w:type="spellEnd"/>
            <w:r w:rsidRPr="00E6757A">
              <w:rPr>
                <w:lang w:val="fr-FR"/>
              </w:rPr>
              <w:t xml:space="preserve"> </w:t>
            </w:r>
            <w:proofErr w:type="spellStart"/>
            <w:r w:rsidRPr="00E6757A">
              <w:rPr>
                <w:lang w:val="fr-FR"/>
              </w:rPr>
              <w:t>consiliului</w:t>
            </w:r>
            <w:proofErr w:type="spellEnd"/>
            <w:r w:rsidRPr="00E6757A">
              <w:rPr>
                <w:lang w:val="fr-FR"/>
              </w:rPr>
              <w:t xml:space="preserve"> </w:t>
            </w:r>
            <w:proofErr w:type="spellStart"/>
            <w:r w:rsidRPr="00E6757A">
              <w:rPr>
                <w:lang w:val="fr-FR"/>
              </w:rPr>
              <w:t>județean</w:t>
            </w:r>
            <w:proofErr w:type="spellEnd"/>
            <w:r w:rsidRPr="00E6757A">
              <w:rPr>
                <w:lang w:val="fr-FR"/>
              </w:rPr>
              <w:t xml:space="preserve">, </w:t>
            </w:r>
            <w:proofErr w:type="spellStart"/>
            <w:r w:rsidRPr="00E6757A">
              <w:rPr>
                <w:lang w:val="fr-FR"/>
              </w:rPr>
              <w:t>primarul</w:t>
            </w:r>
            <w:proofErr w:type="spellEnd"/>
            <w:r w:rsidRPr="00E6757A">
              <w:rPr>
                <w:lang w:val="fr-FR"/>
              </w:rPr>
              <w:t xml:space="preserve"> </w:t>
            </w:r>
            <w:proofErr w:type="spellStart"/>
            <w:r w:rsidRPr="00E6757A">
              <w:rPr>
                <w:lang w:val="fr-FR"/>
              </w:rPr>
              <w:t>general</w:t>
            </w:r>
            <w:proofErr w:type="spellEnd"/>
            <w:r w:rsidRPr="00E6757A">
              <w:rPr>
                <w:lang w:val="fr-FR"/>
              </w:rPr>
              <w:t xml:space="preserve">, </w:t>
            </w:r>
            <w:proofErr w:type="spellStart"/>
            <w:r w:rsidRPr="00E6757A">
              <w:rPr>
                <w:lang w:val="fr-FR"/>
              </w:rPr>
              <w:t>primarul</w:t>
            </w:r>
            <w:proofErr w:type="spellEnd"/>
            <w:r w:rsidRPr="00E6757A">
              <w:rPr>
                <w:lang w:val="fr-FR"/>
              </w:rPr>
              <w:t xml:space="preserve"> de </w:t>
            </w:r>
            <w:proofErr w:type="spellStart"/>
            <w:r w:rsidRPr="00E6757A">
              <w:rPr>
                <w:lang w:val="fr-FR"/>
              </w:rPr>
              <w:t>sector</w:t>
            </w:r>
            <w:proofErr w:type="spellEnd"/>
            <w:r w:rsidRPr="00E6757A">
              <w:rPr>
                <w:lang w:val="fr-FR"/>
              </w:rPr>
              <w:t xml:space="preserve"> </w:t>
            </w:r>
            <w:proofErr w:type="spellStart"/>
            <w:r w:rsidRPr="00E6757A">
              <w:rPr>
                <w:lang w:val="fr-FR"/>
              </w:rPr>
              <w:t>sau</w:t>
            </w:r>
            <w:proofErr w:type="spellEnd"/>
            <w:r w:rsidRPr="00E6757A">
              <w:rPr>
                <w:lang w:val="fr-FR"/>
              </w:rPr>
              <w:t xml:space="preserve"> </w:t>
            </w:r>
            <w:proofErr w:type="spellStart"/>
            <w:r w:rsidRPr="00E6757A">
              <w:rPr>
                <w:lang w:val="fr-FR"/>
              </w:rPr>
              <w:t>primarul</w:t>
            </w:r>
            <w:proofErr w:type="spellEnd"/>
            <w:r w:rsidRPr="00E6757A">
              <w:rPr>
                <w:lang w:val="fr-FR"/>
              </w:rPr>
              <w:t xml:space="preserve"> </w:t>
            </w:r>
            <w:proofErr w:type="spellStart"/>
            <w:r w:rsidRPr="00E6757A">
              <w:rPr>
                <w:lang w:val="fr-FR"/>
              </w:rPr>
              <w:t>municipiului</w:t>
            </w:r>
            <w:proofErr w:type="spellEnd"/>
            <w:r w:rsidRPr="00E6757A">
              <w:rPr>
                <w:lang w:val="fr-FR"/>
              </w:rPr>
              <w:t xml:space="preserve"> / </w:t>
            </w:r>
            <w:proofErr w:type="spellStart"/>
            <w:r w:rsidRPr="00E6757A">
              <w:rPr>
                <w:lang w:val="fr-FR"/>
              </w:rPr>
              <w:t>orașului</w:t>
            </w:r>
            <w:proofErr w:type="spellEnd"/>
            <w:r w:rsidRPr="00E6757A">
              <w:rPr>
                <w:lang w:val="fr-FR"/>
              </w:rPr>
              <w:t xml:space="preserve"> / </w:t>
            </w:r>
            <w:proofErr w:type="spellStart"/>
            <w:r w:rsidRPr="00E6757A">
              <w:rPr>
                <w:lang w:val="fr-FR"/>
              </w:rPr>
              <w:t>comunei</w:t>
            </w:r>
            <w:proofErr w:type="spellEnd"/>
            <w:r w:rsidRPr="00E6757A">
              <w:rPr>
                <w:lang w:val="fr-FR"/>
              </w:rPr>
              <w:t xml:space="preserve">, </w:t>
            </w:r>
            <w:proofErr w:type="spellStart"/>
            <w:r w:rsidRPr="00E6757A">
              <w:rPr>
                <w:lang w:val="fr-FR"/>
              </w:rPr>
              <w:t>după</w:t>
            </w:r>
            <w:proofErr w:type="spellEnd"/>
            <w:r w:rsidRPr="00E6757A">
              <w:rPr>
                <w:lang w:val="fr-FR"/>
              </w:rPr>
              <w:t xml:space="preserve"> </w:t>
            </w:r>
            <w:proofErr w:type="spellStart"/>
            <w:r w:rsidRPr="00E6757A">
              <w:rPr>
                <w:lang w:val="fr-FR"/>
              </w:rPr>
              <w:t>caz</w:t>
            </w:r>
            <w:proofErr w:type="spellEnd"/>
            <w:r w:rsidRPr="00E6757A">
              <w:rPr>
                <w:lang w:val="fr-FR"/>
              </w:rPr>
              <w:t>.</w:t>
            </w:r>
          </w:p>
        </w:tc>
      </w:tr>
    </w:tbl>
    <w:p w14:paraId="3FD1D3DB" w14:textId="77777777" w:rsidR="00A11ECC" w:rsidRPr="00E6757A" w:rsidRDefault="00A11ECC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1606"/>
        <w:gridCol w:w="803"/>
        <w:gridCol w:w="803"/>
        <w:gridCol w:w="803"/>
        <w:gridCol w:w="803"/>
        <w:gridCol w:w="1606"/>
        <w:gridCol w:w="1606"/>
      </w:tblGrid>
      <w:tr w:rsidR="00A11ECC" w14:paraId="34B777ED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6FB959D0" w14:textId="77777777" w:rsidR="00A11ECC" w:rsidRDefault="00000000">
            <w:pPr>
              <w:keepNext/>
            </w:pPr>
            <w:r w:rsidRPr="00E6757A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2. </w:t>
            </w:r>
            <w:r>
              <w:rPr>
                <w:b/>
                <w:color w:val="000000"/>
                <w:sz w:val="18"/>
              </w:rPr>
              <w:t>SOLICITANTUL</w:t>
            </w:r>
          </w:p>
        </w:tc>
      </w:tr>
      <w:tr w:rsidR="00A11ECC" w14:paraId="5E841B04" w14:textId="77777777">
        <w:trPr>
          <w:cantSplit/>
          <w:trHeight w:val="510"/>
        </w:trPr>
        <w:tc>
          <w:tcPr>
            <w:tcW w:w="5621" w:type="dxa"/>
            <w:gridSpan w:val="5"/>
          </w:tcPr>
          <w:p w14:paraId="7D808035" w14:textId="77777777" w:rsidR="00A11ECC" w:rsidRDefault="00000000">
            <w:pPr>
              <w:keepNext/>
            </w:pPr>
            <w:r>
              <w:rPr>
                <w:b/>
                <w:color w:val="0D5F78"/>
              </w:rPr>
              <w:t>Nume și prenume</w:t>
            </w:r>
          </w:p>
          <w:p w14:paraId="45C36B89" w14:textId="77777777" w:rsidR="00A11ECC" w:rsidRDefault="00A11ECC">
            <w:pPr>
              <w:keepNext/>
            </w:pPr>
          </w:p>
        </w:tc>
        <w:tc>
          <w:tcPr>
            <w:tcW w:w="4015" w:type="dxa"/>
            <w:gridSpan w:val="3"/>
          </w:tcPr>
          <w:p w14:paraId="75015164" w14:textId="77777777" w:rsidR="00A11ECC" w:rsidRDefault="00000000">
            <w:pPr>
              <w:keepNext/>
            </w:pPr>
            <w:r>
              <w:rPr>
                <w:b/>
                <w:color w:val="0D5F78"/>
              </w:rPr>
              <w:t>CNP</w:t>
            </w:r>
          </w:p>
          <w:p w14:paraId="4E9C5560" w14:textId="77777777" w:rsidR="00A11ECC" w:rsidRDefault="00A11ECC">
            <w:pPr>
              <w:keepNext/>
            </w:pPr>
          </w:p>
        </w:tc>
      </w:tr>
      <w:tr w:rsidR="00A11ECC" w14:paraId="5222187E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0D0D4BD0" w14:textId="77777777" w:rsidR="00A11ECC" w:rsidRDefault="00000000">
            <w:pPr>
              <w:keepNext/>
            </w:pPr>
            <w:r>
              <w:rPr>
                <w:sz w:val="16"/>
              </w:rPr>
              <w:t xml:space="preserve"> Act de identitate</w:t>
            </w:r>
          </w:p>
        </w:tc>
      </w:tr>
      <w:tr w:rsidR="00A11ECC" w14:paraId="7E1FD110" w14:textId="77777777">
        <w:trPr>
          <w:cantSplit/>
          <w:trHeight w:val="510"/>
        </w:trPr>
        <w:tc>
          <w:tcPr>
            <w:tcW w:w="1606" w:type="dxa"/>
          </w:tcPr>
          <w:p w14:paraId="011280E1" w14:textId="77777777" w:rsidR="00A11ECC" w:rsidRDefault="00000000">
            <w:pPr>
              <w:keepNext/>
            </w:pPr>
            <w:r>
              <w:rPr>
                <w:b/>
                <w:color w:val="0D5F78"/>
              </w:rPr>
              <w:t>Seria</w:t>
            </w:r>
          </w:p>
          <w:p w14:paraId="3DE6E8D1" w14:textId="77777777" w:rsidR="00A11ECC" w:rsidRDefault="00A11ECC">
            <w:pPr>
              <w:keepNext/>
            </w:pPr>
          </w:p>
        </w:tc>
        <w:tc>
          <w:tcPr>
            <w:tcW w:w="1606" w:type="dxa"/>
          </w:tcPr>
          <w:p w14:paraId="5E7E72CA" w14:textId="77777777" w:rsidR="00A11ECC" w:rsidRDefault="00000000">
            <w:pPr>
              <w:keepNext/>
            </w:pPr>
            <w:r>
              <w:rPr>
                <w:b/>
                <w:color w:val="0D5F78"/>
              </w:rPr>
              <w:t>Numărul</w:t>
            </w:r>
          </w:p>
          <w:p w14:paraId="3406A505" w14:textId="77777777" w:rsidR="00A11ECC" w:rsidRDefault="00A11ECC">
            <w:pPr>
              <w:keepNext/>
            </w:pPr>
          </w:p>
        </w:tc>
        <w:tc>
          <w:tcPr>
            <w:tcW w:w="4818" w:type="dxa"/>
            <w:gridSpan w:val="5"/>
          </w:tcPr>
          <w:p w14:paraId="7DF59165" w14:textId="77777777" w:rsidR="00A11ECC" w:rsidRDefault="00000000">
            <w:pPr>
              <w:keepNext/>
            </w:pPr>
            <w:r>
              <w:rPr>
                <w:b/>
                <w:color w:val="0D5F78"/>
              </w:rPr>
              <w:t>Eliberat de</w:t>
            </w:r>
          </w:p>
          <w:p w14:paraId="50D7D510" w14:textId="77777777" w:rsidR="00A11ECC" w:rsidRDefault="00A11ECC">
            <w:pPr>
              <w:keepNext/>
            </w:pPr>
          </w:p>
        </w:tc>
        <w:tc>
          <w:tcPr>
            <w:tcW w:w="1606" w:type="dxa"/>
          </w:tcPr>
          <w:p w14:paraId="0315ACF2" w14:textId="77777777" w:rsidR="00A11ECC" w:rsidRDefault="00000000">
            <w:pPr>
              <w:keepNext/>
            </w:pPr>
            <w:r>
              <w:rPr>
                <w:b/>
                <w:color w:val="0D5F78"/>
              </w:rPr>
              <w:t>La data</w:t>
            </w:r>
          </w:p>
          <w:p w14:paraId="71986321" w14:textId="77777777" w:rsidR="00A11ECC" w:rsidRDefault="00A11ECC">
            <w:pPr>
              <w:keepNext/>
            </w:pPr>
          </w:p>
        </w:tc>
      </w:tr>
      <w:tr w:rsidR="00A11ECC" w14:paraId="2B7C18ED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25A44F1F" w14:textId="77777777" w:rsidR="00A11ECC" w:rsidRDefault="00000000">
            <w:pPr>
              <w:keepNext/>
            </w:pPr>
            <w:r>
              <w:rPr>
                <w:sz w:val="16"/>
              </w:rPr>
              <w:t xml:space="preserve"> Domiciliul</w:t>
            </w:r>
          </w:p>
        </w:tc>
      </w:tr>
      <w:tr w:rsidR="00A11ECC" w14:paraId="71035973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52D50C92" w14:textId="77777777" w:rsidR="00A11ECC" w:rsidRDefault="00000000">
            <w:pPr>
              <w:keepNext/>
            </w:pPr>
            <w:r>
              <w:rPr>
                <w:b/>
                <w:color w:val="0D5F78"/>
              </w:rPr>
              <w:t>Județul</w:t>
            </w:r>
          </w:p>
          <w:p w14:paraId="52501A06" w14:textId="77777777" w:rsidR="00A11ECC" w:rsidRDefault="00A11ECC">
            <w:pPr>
              <w:keepNext/>
            </w:pPr>
          </w:p>
        </w:tc>
        <w:tc>
          <w:tcPr>
            <w:tcW w:w="3212" w:type="dxa"/>
            <w:gridSpan w:val="4"/>
          </w:tcPr>
          <w:p w14:paraId="660341FA" w14:textId="77777777" w:rsidR="00A11ECC" w:rsidRDefault="00000000">
            <w:pPr>
              <w:keepNext/>
            </w:pPr>
            <w:r>
              <w:rPr>
                <w:b/>
                <w:color w:val="0D5F78"/>
              </w:rPr>
              <w:t>Municipiul / orașul / comuna</w:t>
            </w:r>
          </w:p>
          <w:p w14:paraId="2606FFF2" w14:textId="77777777" w:rsidR="00A11ECC" w:rsidRDefault="00A11ECC">
            <w:pPr>
              <w:keepNext/>
            </w:pPr>
          </w:p>
        </w:tc>
        <w:tc>
          <w:tcPr>
            <w:tcW w:w="3212" w:type="dxa"/>
            <w:gridSpan w:val="2"/>
          </w:tcPr>
          <w:p w14:paraId="75959E82" w14:textId="77777777" w:rsidR="00A11ECC" w:rsidRDefault="00000000">
            <w:pPr>
              <w:keepNext/>
            </w:pPr>
            <w:r>
              <w:rPr>
                <w:b/>
                <w:color w:val="0D5F78"/>
              </w:rPr>
              <w:t>Satul / sectorul</w:t>
            </w:r>
          </w:p>
          <w:p w14:paraId="07EED8E4" w14:textId="77777777" w:rsidR="00A11ECC" w:rsidRDefault="00A11ECC">
            <w:pPr>
              <w:keepNext/>
            </w:pPr>
          </w:p>
        </w:tc>
      </w:tr>
      <w:tr w:rsidR="00A11ECC" w14:paraId="7BDBDAA6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288B7A94" w14:textId="77777777" w:rsidR="00A11ECC" w:rsidRDefault="00000000">
            <w:pPr>
              <w:keepNext/>
            </w:pPr>
            <w:r>
              <w:rPr>
                <w:b/>
                <w:color w:val="0D5F78"/>
              </w:rPr>
              <w:t>Strada</w:t>
            </w:r>
          </w:p>
          <w:p w14:paraId="09EA4587" w14:textId="77777777" w:rsidR="00A11ECC" w:rsidRDefault="00A11ECC">
            <w:pPr>
              <w:keepNext/>
            </w:pPr>
          </w:p>
        </w:tc>
        <w:tc>
          <w:tcPr>
            <w:tcW w:w="803" w:type="dxa"/>
          </w:tcPr>
          <w:p w14:paraId="7B7A03A3" w14:textId="77777777" w:rsidR="00A11ECC" w:rsidRDefault="00000000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12EA7BE1" w14:textId="77777777" w:rsidR="00A11ECC" w:rsidRDefault="00A11ECC">
            <w:pPr>
              <w:keepNext/>
            </w:pPr>
          </w:p>
        </w:tc>
        <w:tc>
          <w:tcPr>
            <w:tcW w:w="803" w:type="dxa"/>
          </w:tcPr>
          <w:p w14:paraId="489F1D5C" w14:textId="77777777" w:rsidR="00A11ECC" w:rsidRDefault="00000000">
            <w:pPr>
              <w:keepNext/>
            </w:pPr>
            <w:r>
              <w:rPr>
                <w:b/>
                <w:color w:val="0D5F78"/>
              </w:rPr>
              <w:t>Sc.</w:t>
            </w:r>
          </w:p>
          <w:p w14:paraId="1B363C39" w14:textId="77777777" w:rsidR="00A11ECC" w:rsidRDefault="00A11ECC">
            <w:pPr>
              <w:keepNext/>
            </w:pPr>
          </w:p>
        </w:tc>
        <w:tc>
          <w:tcPr>
            <w:tcW w:w="803" w:type="dxa"/>
          </w:tcPr>
          <w:p w14:paraId="0AB11C78" w14:textId="77777777" w:rsidR="00A11ECC" w:rsidRDefault="00000000">
            <w:pPr>
              <w:keepNext/>
            </w:pPr>
            <w:r>
              <w:rPr>
                <w:b/>
                <w:color w:val="0D5F78"/>
              </w:rPr>
              <w:t>Et.</w:t>
            </w:r>
          </w:p>
          <w:p w14:paraId="479DDF31" w14:textId="77777777" w:rsidR="00A11ECC" w:rsidRDefault="00A11ECC">
            <w:pPr>
              <w:keepNext/>
            </w:pPr>
          </w:p>
        </w:tc>
        <w:tc>
          <w:tcPr>
            <w:tcW w:w="803" w:type="dxa"/>
          </w:tcPr>
          <w:p w14:paraId="0E882C1A" w14:textId="77777777" w:rsidR="00A11ECC" w:rsidRDefault="00000000">
            <w:pPr>
              <w:keepNext/>
            </w:pPr>
            <w:r>
              <w:rPr>
                <w:b/>
                <w:color w:val="0D5F78"/>
              </w:rPr>
              <w:t>Ap.</w:t>
            </w:r>
          </w:p>
          <w:p w14:paraId="191097FF" w14:textId="77777777" w:rsidR="00A11ECC" w:rsidRDefault="00A11ECC">
            <w:pPr>
              <w:keepNext/>
            </w:pPr>
          </w:p>
        </w:tc>
        <w:tc>
          <w:tcPr>
            <w:tcW w:w="1606" w:type="dxa"/>
          </w:tcPr>
          <w:p w14:paraId="2CA3CE1B" w14:textId="77777777" w:rsidR="00A11ECC" w:rsidRDefault="00000000">
            <w:pPr>
              <w:keepNext/>
            </w:pPr>
            <w:r>
              <w:rPr>
                <w:b/>
                <w:color w:val="0D5F78"/>
              </w:rPr>
              <w:t>Cod poștal</w:t>
            </w:r>
          </w:p>
          <w:p w14:paraId="2326ABB1" w14:textId="77777777" w:rsidR="00A11ECC" w:rsidRDefault="00A11ECC">
            <w:pPr>
              <w:keepNext/>
            </w:pPr>
          </w:p>
        </w:tc>
        <w:tc>
          <w:tcPr>
            <w:tcW w:w="1606" w:type="dxa"/>
          </w:tcPr>
          <w:p w14:paraId="1D955C86" w14:textId="77777777" w:rsidR="00A11ECC" w:rsidRDefault="00000000">
            <w:pPr>
              <w:keepNext/>
            </w:pPr>
            <w:r>
              <w:rPr>
                <w:b/>
                <w:color w:val="0D5F78"/>
              </w:rPr>
              <w:t>Țara</w:t>
            </w:r>
          </w:p>
          <w:p w14:paraId="060B5581" w14:textId="77777777" w:rsidR="00A11ECC" w:rsidRDefault="00A11ECC">
            <w:pPr>
              <w:keepNext/>
            </w:pPr>
          </w:p>
        </w:tc>
      </w:tr>
      <w:tr w:rsidR="00A11ECC" w14:paraId="4DC3EAC3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3C6019A0" w14:textId="77777777" w:rsidR="00A11ECC" w:rsidRDefault="00000000">
            <w:pPr>
              <w:keepNext/>
            </w:pPr>
            <w:r>
              <w:rPr>
                <w:sz w:val="16"/>
              </w:rPr>
              <w:t xml:space="preserve"> Date de contact</w:t>
            </w:r>
          </w:p>
        </w:tc>
      </w:tr>
      <w:tr w:rsidR="00A11ECC" w14:paraId="018EC0C9" w14:textId="77777777">
        <w:trPr>
          <w:cantSplit/>
          <w:trHeight w:val="510"/>
        </w:trPr>
        <w:tc>
          <w:tcPr>
            <w:tcW w:w="4015" w:type="dxa"/>
            <w:gridSpan w:val="3"/>
          </w:tcPr>
          <w:p w14:paraId="70121A4C" w14:textId="77777777" w:rsidR="00A11ECC" w:rsidRDefault="00000000">
            <w:r>
              <w:rPr>
                <w:b/>
                <w:color w:val="0D5F78"/>
              </w:rPr>
              <w:t>Telefon / fax</w:t>
            </w:r>
          </w:p>
          <w:p w14:paraId="0187BF30" w14:textId="77777777" w:rsidR="00A11ECC" w:rsidRDefault="00A11ECC"/>
        </w:tc>
        <w:tc>
          <w:tcPr>
            <w:tcW w:w="5621" w:type="dxa"/>
            <w:gridSpan w:val="5"/>
          </w:tcPr>
          <w:p w14:paraId="4FBE455D" w14:textId="77777777" w:rsidR="00A11ECC" w:rsidRDefault="00000000">
            <w:r>
              <w:rPr>
                <w:b/>
                <w:color w:val="0D5F78"/>
              </w:rPr>
              <w:t>E-mail</w:t>
            </w:r>
          </w:p>
          <w:p w14:paraId="5177F214" w14:textId="77777777" w:rsidR="00A11ECC" w:rsidRDefault="00A11ECC"/>
        </w:tc>
      </w:tr>
    </w:tbl>
    <w:p w14:paraId="5C86987D" w14:textId="77777777" w:rsidR="00A11ECC" w:rsidRDefault="00A11ECC">
      <w:pPr>
        <w:spacing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2409"/>
        <w:gridCol w:w="5621"/>
      </w:tblGrid>
      <w:tr w:rsidR="00A11ECC" w:rsidRPr="00182EDC" w14:paraId="1367784F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3294D977" w14:textId="77777777" w:rsidR="00A11ECC" w:rsidRPr="00E6757A" w:rsidRDefault="00000000">
            <w:pPr>
              <w:keepNext/>
              <w:rPr>
                <w:lang w:val="fr-FR"/>
              </w:rPr>
            </w:pPr>
            <w:r w:rsidRPr="00E6757A">
              <w:rPr>
                <w:b/>
                <w:sz w:val="16"/>
                <w:lang w:val="fr-FR"/>
              </w:rPr>
              <w:t xml:space="preserve"> 3. </w:t>
            </w:r>
            <w:r w:rsidRPr="00E6757A">
              <w:rPr>
                <w:b/>
                <w:color w:val="000000"/>
                <w:sz w:val="18"/>
                <w:lang w:val="fr-FR"/>
              </w:rPr>
              <w:t>TITULAR AL AUTORIZAȚIEI DE CONSTRUIRE / DESFIINȚARE</w:t>
            </w:r>
          </w:p>
        </w:tc>
      </w:tr>
      <w:tr w:rsidR="00A11ECC" w14:paraId="459283F5" w14:textId="77777777">
        <w:trPr>
          <w:cantSplit/>
          <w:trHeight w:val="510"/>
        </w:trPr>
        <w:tc>
          <w:tcPr>
            <w:tcW w:w="1606" w:type="dxa"/>
          </w:tcPr>
          <w:p w14:paraId="037F2C85" w14:textId="77777777" w:rsidR="00A11ECC" w:rsidRDefault="00000000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40DB982C" w14:textId="77777777" w:rsidR="00A11ECC" w:rsidRDefault="00A11ECC">
            <w:pPr>
              <w:keepNext/>
            </w:pPr>
          </w:p>
        </w:tc>
        <w:tc>
          <w:tcPr>
            <w:tcW w:w="2409" w:type="dxa"/>
          </w:tcPr>
          <w:p w14:paraId="4369B01E" w14:textId="77777777" w:rsidR="00A11ECC" w:rsidRDefault="00000000">
            <w:pPr>
              <w:keepNext/>
            </w:pPr>
            <w:r>
              <w:rPr>
                <w:b/>
                <w:color w:val="0D5F78"/>
              </w:rPr>
              <w:t>Din data</w:t>
            </w:r>
          </w:p>
          <w:p w14:paraId="48964A76" w14:textId="77777777" w:rsidR="00A11ECC" w:rsidRDefault="00A11ECC">
            <w:pPr>
              <w:keepNext/>
            </w:pPr>
          </w:p>
        </w:tc>
        <w:tc>
          <w:tcPr>
            <w:tcW w:w="5621" w:type="dxa"/>
          </w:tcPr>
          <w:p w14:paraId="48B3695B" w14:textId="77777777" w:rsidR="00A11ECC" w:rsidRDefault="00000000">
            <w:pPr>
              <w:keepNext/>
            </w:pPr>
            <w:r>
              <w:rPr>
                <w:b/>
                <w:color w:val="0D5F78"/>
              </w:rPr>
              <w:t>Emisă de</w:t>
            </w:r>
          </w:p>
          <w:p w14:paraId="25DDB5C1" w14:textId="77777777" w:rsidR="00A11ECC" w:rsidRDefault="00A11ECC">
            <w:pPr>
              <w:keepNext/>
            </w:pPr>
          </w:p>
        </w:tc>
      </w:tr>
      <w:tr w:rsidR="00A11ECC" w14:paraId="5C8E1AD3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20DD157D" w14:textId="77777777" w:rsidR="00A11ECC" w:rsidRDefault="00000000">
            <w:pPr>
              <w:keepNext/>
            </w:pPr>
            <w:r>
              <w:rPr>
                <w:sz w:val="16"/>
              </w:rPr>
              <w:t xml:space="preserve"> emisă pentru executarea lucrărilor de construcții privind construirea / desființarea construcțiilor și amenajărilor</w:t>
            </w:r>
          </w:p>
        </w:tc>
      </w:tr>
      <w:tr w:rsidR="00A11ECC" w:rsidRPr="00182EDC" w14:paraId="3EFBA0A3" w14:textId="77777777">
        <w:trPr>
          <w:cantSplit/>
          <w:trHeight w:val="510"/>
        </w:trPr>
        <w:tc>
          <w:tcPr>
            <w:tcW w:w="9636" w:type="dxa"/>
            <w:gridSpan w:val="3"/>
          </w:tcPr>
          <w:p w14:paraId="52A7F641" w14:textId="77777777" w:rsidR="00A11ECC" w:rsidRPr="00E6757A" w:rsidRDefault="00000000">
            <w:pPr>
              <w:keepNext/>
              <w:rPr>
                <w:lang w:val="fr-FR"/>
              </w:rPr>
            </w:pPr>
            <w:proofErr w:type="spellStart"/>
            <w:r w:rsidRPr="00E6757A">
              <w:rPr>
                <w:b/>
                <w:color w:val="0D5F78"/>
                <w:lang w:val="fr-FR"/>
              </w:rPr>
              <w:t>Denumirea</w:t>
            </w:r>
            <w:proofErr w:type="spellEnd"/>
            <w:r w:rsidRPr="00E6757A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E6757A">
              <w:rPr>
                <w:b/>
                <w:color w:val="0D5F78"/>
                <w:lang w:val="fr-FR"/>
              </w:rPr>
              <w:t>lucrării</w:t>
            </w:r>
            <w:proofErr w:type="spellEnd"/>
            <w:r w:rsidRPr="00E6757A">
              <w:rPr>
                <w:b/>
                <w:color w:val="0D5F78"/>
                <w:lang w:val="fr-FR"/>
              </w:rPr>
              <w:t xml:space="preserve">, </w:t>
            </w:r>
            <w:proofErr w:type="spellStart"/>
            <w:r w:rsidRPr="00E6757A">
              <w:rPr>
                <w:b/>
                <w:color w:val="0D5F78"/>
                <w:lang w:val="fr-FR"/>
              </w:rPr>
              <w:t>capacitatea</w:t>
            </w:r>
            <w:proofErr w:type="spellEnd"/>
            <w:r w:rsidRPr="00E6757A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E6757A">
              <w:rPr>
                <w:b/>
                <w:color w:val="0D5F78"/>
                <w:lang w:val="fr-FR"/>
              </w:rPr>
              <w:t>și</w:t>
            </w:r>
            <w:proofErr w:type="spellEnd"/>
            <w:r w:rsidRPr="00E6757A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E6757A">
              <w:rPr>
                <w:b/>
                <w:color w:val="0D5F78"/>
                <w:lang w:val="fr-FR"/>
              </w:rPr>
              <w:t>categoria</w:t>
            </w:r>
            <w:proofErr w:type="spellEnd"/>
            <w:r w:rsidRPr="00E6757A">
              <w:rPr>
                <w:b/>
                <w:color w:val="0D5F78"/>
                <w:lang w:val="fr-FR"/>
              </w:rPr>
              <w:t xml:space="preserve"> de </w:t>
            </w:r>
            <w:proofErr w:type="spellStart"/>
            <w:r w:rsidRPr="00E6757A">
              <w:rPr>
                <w:b/>
                <w:color w:val="0D5F78"/>
                <w:lang w:val="fr-FR"/>
              </w:rPr>
              <w:t>lucrări</w:t>
            </w:r>
            <w:proofErr w:type="spellEnd"/>
            <w:r w:rsidRPr="00E6757A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E6757A">
              <w:rPr>
                <w:b/>
                <w:color w:val="0D5F78"/>
                <w:lang w:val="fr-FR"/>
              </w:rPr>
              <w:t>din</w:t>
            </w:r>
            <w:proofErr w:type="spellEnd"/>
            <w:r w:rsidRPr="00E6757A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E6757A">
              <w:rPr>
                <w:b/>
                <w:color w:val="0D5F78"/>
                <w:lang w:val="fr-FR"/>
              </w:rPr>
              <w:t>autorizație</w:t>
            </w:r>
            <w:proofErr w:type="spellEnd"/>
          </w:p>
          <w:p w14:paraId="109F0125" w14:textId="77777777" w:rsidR="00A11ECC" w:rsidRPr="00E6757A" w:rsidRDefault="00A11ECC">
            <w:pPr>
              <w:keepNext/>
              <w:rPr>
                <w:lang w:val="fr-FR"/>
              </w:rPr>
            </w:pPr>
          </w:p>
        </w:tc>
      </w:tr>
      <w:tr w:rsidR="00A11ECC" w14:paraId="795F9BF6" w14:textId="77777777">
        <w:trPr>
          <w:cantSplit/>
          <w:trHeight w:val="510"/>
        </w:trPr>
        <w:tc>
          <w:tcPr>
            <w:tcW w:w="9636" w:type="dxa"/>
            <w:gridSpan w:val="3"/>
          </w:tcPr>
          <w:p w14:paraId="564E6FE5" w14:textId="77777777" w:rsidR="00A11ECC" w:rsidRDefault="00000000">
            <w:proofErr w:type="spellStart"/>
            <w:r>
              <w:rPr>
                <w:b/>
                <w:color w:val="0D5F78"/>
              </w:rPr>
              <w:t>în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valoare</w:t>
            </w:r>
            <w:proofErr w:type="spellEnd"/>
            <w:r>
              <w:rPr>
                <w:b/>
                <w:color w:val="0D5F78"/>
              </w:rPr>
              <w:t xml:space="preserve"> de (lei)</w:t>
            </w:r>
          </w:p>
          <w:p w14:paraId="1A278680" w14:textId="77777777" w:rsidR="00A11ECC" w:rsidRDefault="00A11ECC"/>
        </w:tc>
      </w:tr>
    </w:tbl>
    <w:p w14:paraId="63EF26CC" w14:textId="77777777" w:rsidR="00A11ECC" w:rsidRDefault="00A11ECC">
      <w:pPr>
        <w:spacing w:line="168" w:lineRule="auto"/>
      </w:pPr>
    </w:p>
    <w:p w14:paraId="504C3BAB" w14:textId="7646A303" w:rsidR="00A11ECC" w:rsidRPr="00182EDC" w:rsidRDefault="00E6757A" w:rsidP="00E6757A">
      <w:pPr>
        <w:tabs>
          <w:tab w:val="center" w:pos="4819"/>
          <w:tab w:val="left" w:pos="7608"/>
        </w:tabs>
        <w:spacing w:before="140" w:after="40"/>
        <w:rPr>
          <w:sz w:val="28"/>
          <w:szCs w:val="28"/>
        </w:rPr>
      </w:pPr>
      <w:r>
        <w:rPr>
          <w:b/>
          <w:sz w:val="34"/>
        </w:rPr>
        <w:tab/>
      </w:r>
      <w:r w:rsidRPr="00182EDC">
        <w:rPr>
          <w:b/>
          <w:sz w:val="28"/>
          <w:szCs w:val="28"/>
        </w:rPr>
        <w:t>ADUC LA CUNOȘTINȚĂ</w:t>
      </w:r>
      <w:r w:rsidRPr="00182EDC">
        <w:rPr>
          <w:b/>
          <w:sz w:val="28"/>
          <w:szCs w:val="28"/>
        </w:rPr>
        <w:tab/>
      </w:r>
    </w:p>
    <w:p w14:paraId="1799DE9F" w14:textId="77777777" w:rsidR="00A11ECC" w:rsidRDefault="00A11ECC">
      <w:pPr>
        <w:spacing w:after="60"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2409"/>
        <w:gridCol w:w="1606"/>
        <w:gridCol w:w="5621"/>
      </w:tblGrid>
      <w:tr w:rsidR="00A11ECC" w14:paraId="47D7F709" w14:textId="77777777">
        <w:trPr>
          <w:cantSplit/>
          <w:trHeight w:val="510"/>
        </w:trPr>
        <w:tc>
          <w:tcPr>
            <w:tcW w:w="2409" w:type="dxa"/>
          </w:tcPr>
          <w:p w14:paraId="04FE48E4" w14:textId="77777777" w:rsidR="00A11ECC" w:rsidRDefault="00000000">
            <w:r>
              <w:rPr>
                <w:b/>
                <w:color w:val="0D5F78"/>
              </w:rPr>
              <w:t>Că la data de</w:t>
            </w:r>
          </w:p>
          <w:p w14:paraId="2A3EFF1D" w14:textId="77777777" w:rsidR="00A11ECC" w:rsidRDefault="00A11ECC"/>
        </w:tc>
        <w:tc>
          <w:tcPr>
            <w:tcW w:w="1606" w:type="dxa"/>
          </w:tcPr>
          <w:p w14:paraId="4DCDBC6C" w14:textId="77777777" w:rsidR="00A11ECC" w:rsidRDefault="00000000">
            <w:r>
              <w:rPr>
                <w:b/>
                <w:color w:val="0D5F78"/>
              </w:rPr>
              <w:t>ora</w:t>
            </w:r>
          </w:p>
          <w:p w14:paraId="68C2609C" w14:textId="77777777" w:rsidR="00A11ECC" w:rsidRDefault="00A11ECC"/>
        </w:tc>
        <w:tc>
          <w:tcPr>
            <w:tcW w:w="5621" w:type="dxa"/>
          </w:tcPr>
          <w:p w14:paraId="040137A9" w14:textId="77777777" w:rsidR="00A11ECC" w:rsidRPr="00E6757A" w:rsidRDefault="00000000">
            <w:pPr>
              <w:rPr>
                <w:lang w:val="fr-FR"/>
              </w:rPr>
            </w:pPr>
            <w:proofErr w:type="gramStart"/>
            <w:r w:rsidRPr="00E6757A">
              <w:rPr>
                <w:b/>
                <w:color w:val="0D5F78"/>
                <w:lang w:val="fr-FR"/>
              </w:rPr>
              <w:t>vor</w:t>
            </w:r>
            <w:proofErr w:type="gramEnd"/>
            <w:r w:rsidRPr="00E6757A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E6757A">
              <w:rPr>
                <w:b/>
                <w:color w:val="0D5F78"/>
                <w:lang w:val="fr-FR"/>
              </w:rPr>
              <w:t>începe</w:t>
            </w:r>
            <w:proofErr w:type="spellEnd"/>
            <w:r w:rsidRPr="00E6757A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E6757A">
              <w:rPr>
                <w:b/>
                <w:color w:val="0D5F78"/>
                <w:lang w:val="fr-FR"/>
              </w:rPr>
              <w:t>lucrările</w:t>
            </w:r>
            <w:proofErr w:type="spellEnd"/>
            <w:r w:rsidRPr="00E6757A">
              <w:rPr>
                <w:b/>
                <w:color w:val="0D5F78"/>
                <w:lang w:val="fr-FR"/>
              </w:rPr>
              <w:t xml:space="preserve"> de </w:t>
            </w:r>
            <w:proofErr w:type="spellStart"/>
            <w:r w:rsidRPr="00E6757A">
              <w:rPr>
                <w:b/>
                <w:color w:val="0D5F78"/>
                <w:lang w:val="fr-FR"/>
              </w:rPr>
              <w:t>construcții</w:t>
            </w:r>
            <w:proofErr w:type="spellEnd"/>
            <w:r w:rsidRPr="00E6757A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E6757A">
              <w:rPr>
                <w:b/>
                <w:color w:val="0D5F78"/>
                <w:lang w:val="fr-FR"/>
              </w:rPr>
              <w:t>autorizate</w:t>
            </w:r>
            <w:proofErr w:type="spellEnd"/>
          </w:p>
          <w:p w14:paraId="3DC112F4" w14:textId="77777777" w:rsidR="00A11ECC" w:rsidRDefault="00000000">
            <w:proofErr w:type="spellStart"/>
            <w:r>
              <w:rPr>
                <w:i/>
                <w:color w:val="7A7A7A"/>
              </w:rPr>
              <w:t>pentru</w:t>
            </w:r>
            <w:proofErr w:type="spellEnd"/>
            <w:r>
              <w:rPr>
                <w:i/>
                <w:color w:val="7A7A7A"/>
              </w:rPr>
              <w:t xml:space="preserve"> </w:t>
            </w:r>
            <w:proofErr w:type="spellStart"/>
            <w:r>
              <w:rPr>
                <w:i/>
                <w:color w:val="7A7A7A"/>
              </w:rPr>
              <w:t>imobilul</w:t>
            </w:r>
            <w:proofErr w:type="spellEnd"/>
            <w:r>
              <w:rPr>
                <w:i/>
                <w:color w:val="7A7A7A"/>
              </w:rPr>
              <w:t xml:space="preserve"> de </w:t>
            </w:r>
            <w:proofErr w:type="spellStart"/>
            <w:r>
              <w:rPr>
                <w:i/>
                <w:color w:val="7A7A7A"/>
              </w:rPr>
              <w:t>mai</w:t>
            </w:r>
            <w:proofErr w:type="spellEnd"/>
            <w:r>
              <w:rPr>
                <w:i/>
                <w:color w:val="7A7A7A"/>
              </w:rPr>
              <w:t xml:space="preserve"> jos</w:t>
            </w:r>
          </w:p>
          <w:p w14:paraId="3300FC33" w14:textId="77777777" w:rsidR="00A11ECC" w:rsidRDefault="00A11ECC"/>
        </w:tc>
      </w:tr>
    </w:tbl>
    <w:p w14:paraId="432CEB30" w14:textId="77777777" w:rsidR="00A11ECC" w:rsidRDefault="00A11ECC">
      <w:pPr>
        <w:spacing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1606"/>
        <w:gridCol w:w="2409"/>
        <w:gridCol w:w="803"/>
        <w:gridCol w:w="803"/>
        <w:gridCol w:w="2409"/>
      </w:tblGrid>
      <w:tr w:rsidR="00A11ECC" w14:paraId="26100B20" w14:textId="77777777">
        <w:trPr>
          <w:cantSplit/>
        </w:trPr>
        <w:tc>
          <w:tcPr>
            <w:tcW w:w="9636" w:type="dxa"/>
            <w:gridSpan w:val="6"/>
            <w:shd w:val="clear" w:color="auto" w:fill="F4F4F4"/>
          </w:tcPr>
          <w:p w14:paraId="2D475EE4" w14:textId="77777777" w:rsidR="00A11ECC" w:rsidRDefault="00000000">
            <w:pPr>
              <w:keepNext/>
            </w:pPr>
            <w:r>
              <w:rPr>
                <w:b/>
                <w:sz w:val="16"/>
              </w:rPr>
              <w:t xml:space="preserve"> 4. </w:t>
            </w:r>
            <w:r>
              <w:rPr>
                <w:b/>
                <w:color w:val="000000"/>
                <w:sz w:val="18"/>
              </w:rPr>
              <w:t>IMOBILUL</w:t>
            </w:r>
          </w:p>
        </w:tc>
      </w:tr>
      <w:tr w:rsidR="00A11ECC" w14:paraId="7ACF282A" w14:textId="77777777">
        <w:trPr>
          <w:cantSplit/>
        </w:trPr>
        <w:tc>
          <w:tcPr>
            <w:tcW w:w="9636" w:type="dxa"/>
            <w:gridSpan w:val="6"/>
          </w:tcPr>
          <w:p w14:paraId="50878A3D" w14:textId="77777777" w:rsidR="00A11ECC" w:rsidRDefault="00000000">
            <w:pPr>
              <w:keepNext/>
            </w:pPr>
            <w:r>
              <w:rPr>
                <w:sz w:val="16"/>
              </w:rPr>
              <w:t xml:space="preserve"> ☐ teren     ☐ construcții</w:t>
            </w:r>
          </w:p>
        </w:tc>
      </w:tr>
      <w:tr w:rsidR="00A11ECC" w14:paraId="049C9151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7844C392" w14:textId="77777777" w:rsidR="00A11ECC" w:rsidRDefault="00000000">
            <w:pPr>
              <w:keepNext/>
            </w:pPr>
            <w:r>
              <w:rPr>
                <w:b/>
                <w:color w:val="0D5F78"/>
              </w:rPr>
              <w:t>Județ</w:t>
            </w:r>
          </w:p>
          <w:p w14:paraId="010FC309" w14:textId="77777777" w:rsidR="00A11ECC" w:rsidRDefault="00A11ECC">
            <w:pPr>
              <w:keepNext/>
            </w:pPr>
          </w:p>
        </w:tc>
        <w:tc>
          <w:tcPr>
            <w:tcW w:w="3212" w:type="dxa"/>
            <w:gridSpan w:val="2"/>
          </w:tcPr>
          <w:p w14:paraId="54B9E1A5" w14:textId="77777777" w:rsidR="00A11ECC" w:rsidRDefault="00000000">
            <w:pPr>
              <w:keepNext/>
            </w:pPr>
            <w:r>
              <w:rPr>
                <w:b/>
                <w:color w:val="0D5F78"/>
              </w:rPr>
              <w:t>Municipiu / oraș / comună</w:t>
            </w:r>
          </w:p>
          <w:p w14:paraId="7A126BAD" w14:textId="77777777" w:rsidR="00A11ECC" w:rsidRDefault="00A11ECC">
            <w:pPr>
              <w:keepNext/>
            </w:pPr>
          </w:p>
        </w:tc>
        <w:tc>
          <w:tcPr>
            <w:tcW w:w="3212" w:type="dxa"/>
            <w:gridSpan w:val="2"/>
          </w:tcPr>
          <w:p w14:paraId="2FB9D75E" w14:textId="77777777" w:rsidR="00A11ECC" w:rsidRDefault="00000000">
            <w:pPr>
              <w:keepNext/>
            </w:pPr>
            <w:r>
              <w:rPr>
                <w:b/>
                <w:color w:val="0D5F78"/>
              </w:rPr>
              <w:t>Sat / sector</w:t>
            </w:r>
          </w:p>
          <w:p w14:paraId="0787ED05" w14:textId="77777777" w:rsidR="00A11ECC" w:rsidRDefault="00A11ECC">
            <w:pPr>
              <w:keepNext/>
            </w:pPr>
          </w:p>
        </w:tc>
      </w:tr>
      <w:tr w:rsidR="00A11ECC" w14:paraId="36DAE126" w14:textId="77777777">
        <w:trPr>
          <w:cantSplit/>
          <w:trHeight w:val="510"/>
        </w:trPr>
        <w:tc>
          <w:tcPr>
            <w:tcW w:w="1606" w:type="dxa"/>
          </w:tcPr>
          <w:p w14:paraId="057F8242" w14:textId="77777777" w:rsidR="00A11ECC" w:rsidRDefault="00000000">
            <w:pPr>
              <w:keepNext/>
            </w:pPr>
            <w:r>
              <w:rPr>
                <w:b/>
                <w:color w:val="0D5F78"/>
              </w:rPr>
              <w:t>Cod poștal</w:t>
            </w:r>
          </w:p>
          <w:p w14:paraId="07B4C970" w14:textId="77777777" w:rsidR="00A11ECC" w:rsidRDefault="00A11ECC">
            <w:pPr>
              <w:keepNext/>
            </w:pPr>
          </w:p>
        </w:tc>
        <w:tc>
          <w:tcPr>
            <w:tcW w:w="4818" w:type="dxa"/>
            <w:gridSpan w:val="3"/>
          </w:tcPr>
          <w:p w14:paraId="3DA08EA7" w14:textId="77777777" w:rsidR="00A11ECC" w:rsidRDefault="00000000">
            <w:pPr>
              <w:keepNext/>
            </w:pPr>
            <w:r>
              <w:rPr>
                <w:b/>
                <w:color w:val="0D5F78"/>
              </w:rPr>
              <w:t>Strada</w:t>
            </w:r>
          </w:p>
          <w:p w14:paraId="538D62A6" w14:textId="77777777" w:rsidR="00A11ECC" w:rsidRDefault="00A11ECC">
            <w:pPr>
              <w:keepNext/>
            </w:pPr>
          </w:p>
        </w:tc>
        <w:tc>
          <w:tcPr>
            <w:tcW w:w="803" w:type="dxa"/>
          </w:tcPr>
          <w:p w14:paraId="720E6D2B" w14:textId="77777777" w:rsidR="00A11ECC" w:rsidRDefault="00000000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2E7EF5EB" w14:textId="77777777" w:rsidR="00A11ECC" w:rsidRDefault="00A11ECC">
            <w:pPr>
              <w:keepNext/>
            </w:pPr>
          </w:p>
        </w:tc>
        <w:tc>
          <w:tcPr>
            <w:tcW w:w="2409" w:type="dxa"/>
          </w:tcPr>
          <w:p w14:paraId="57AD1668" w14:textId="77777777" w:rsidR="00A11ECC" w:rsidRDefault="00000000">
            <w:pPr>
              <w:keepNext/>
            </w:pPr>
            <w:r>
              <w:rPr>
                <w:b/>
                <w:color w:val="0D5F78"/>
              </w:rPr>
              <w:t>Bl. / sc. / et. / ap.</w:t>
            </w:r>
          </w:p>
          <w:p w14:paraId="26416C0C" w14:textId="77777777" w:rsidR="00A11ECC" w:rsidRDefault="00A11ECC">
            <w:pPr>
              <w:keepNext/>
            </w:pPr>
          </w:p>
        </w:tc>
      </w:tr>
      <w:tr w:rsidR="00A11ECC" w14:paraId="4C590D10" w14:textId="77777777">
        <w:trPr>
          <w:cantSplit/>
          <w:trHeight w:val="510"/>
        </w:trPr>
        <w:tc>
          <w:tcPr>
            <w:tcW w:w="5621" w:type="dxa"/>
            <w:gridSpan w:val="3"/>
          </w:tcPr>
          <w:p w14:paraId="05FC5203" w14:textId="77777777" w:rsidR="00A11ECC" w:rsidRPr="00E6757A" w:rsidRDefault="00000000">
            <w:pPr>
              <w:keepNext/>
              <w:rPr>
                <w:lang w:val="fr-FR"/>
              </w:rPr>
            </w:pPr>
            <w:proofErr w:type="spellStart"/>
            <w:r w:rsidRPr="00E6757A">
              <w:rPr>
                <w:b/>
                <w:color w:val="0D5F78"/>
                <w:lang w:val="fr-FR"/>
              </w:rPr>
              <w:t>Număr</w:t>
            </w:r>
            <w:proofErr w:type="spellEnd"/>
            <w:r w:rsidRPr="00E6757A">
              <w:rPr>
                <w:b/>
                <w:color w:val="0D5F78"/>
                <w:lang w:val="fr-FR"/>
              </w:rPr>
              <w:t xml:space="preserve"> cadastral</w:t>
            </w:r>
          </w:p>
          <w:p w14:paraId="3BE30373" w14:textId="77777777" w:rsidR="00A11ECC" w:rsidRPr="00E6757A" w:rsidRDefault="00000000">
            <w:pPr>
              <w:keepNext/>
              <w:rPr>
                <w:lang w:val="fr-FR"/>
              </w:rPr>
            </w:pPr>
            <w:proofErr w:type="spellStart"/>
            <w:proofErr w:type="gramStart"/>
            <w:r w:rsidRPr="00E6757A">
              <w:rPr>
                <w:i/>
                <w:color w:val="7A7A7A"/>
                <w:lang w:val="fr-FR"/>
              </w:rPr>
              <w:t>dacă</w:t>
            </w:r>
            <w:proofErr w:type="spellEnd"/>
            <w:proofErr w:type="gramEnd"/>
            <w:r w:rsidRPr="00E6757A">
              <w:rPr>
                <w:i/>
                <w:color w:val="7A7A7A"/>
                <w:lang w:val="fr-FR"/>
              </w:rPr>
              <w:t xml:space="preserve"> </w:t>
            </w:r>
            <w:proofErr w:type="spellStart"/>
            <w:r w:rsidRPr="00E6757A">
              <w:rPr>
                <w:i/>
                <w:color w:val="7A7A7A"/>
                <w:lang w:val="fr-FR"/>
              </w:rPr>
              <w:t>imobilul</w:t>
            </w:r>
            <w:proofErr w:type="spellEnd"/>
            <w:r w:rsidRPr="00E6757A">
              <w:rPr>
                <w:i/>
                <w:color w:val="7A7A7A"/>
                <w:lang w:val="fr-FR"/>
              </w:rPr>
              <w:t xml:space="preserve"> e </w:t>
            </w:r>
            <w:proofErr w:type="spellStart"/>
            <w:r w:rsidRPr="00E6757A">
              <w:rPr>
                <w:i/>
                <w:color w:val="7A7A7A"/>
                <w:lang w:val="fr-FR"/>
              </w:rPr>
              <w:t>înscris</w:t>
            </w:r>
            <w:proofErr w:type="spellEnd"/>
            <w:r w:rsidRPr="00E6757A">
              <w:rPr>
                <w:i/>
                <w:color w:val="7A7A7A"/>
                <w:lang w:val="fr-FR"/>
              </w:rPr>
              <w:t xml:space="preserve"> </w:t>
            </w:r>
            <w:proofErr w:type="spellStart"/>
            <w:r w:rsidRPr="00E6757A">
              <w:rPr>
                <w:i/>
                <w:color w:val="7A7A7A"/>
                <w:lang w:val="fr-FR"/>
              </w:rPr>
              <w:t>în</w:t>
            </w:r>
            <w:proofErr w:type="spellEnd"/>
            <w:r w:rsidRPr="00E6757A">
              <w:rPr>
                <w:i/>
                <w:color w:val="7A7A7A"/>
                <w:lang w:val="fr-FR"/>
              </w:rPr>
              <w:t xml:space="preserve"> e-Terra</w:t>
            </w:r>
          </w:p>
          <w:p w14:paraId="0F081BC3" w14:textId="77777777" w:rsidR="00A11ECC" w:rsidRPr="00E6757A" w:rsidRDefault="00A11ECC">
            <w:pPr>
              <w:keepNext/>
              <w:rPr>
                <w:lang w:val="fr-FR"/>
              </w:rPr>
            </w:pPr>
          </w:p>
        </w:tc>
        <w:tc>
          <w:tcPr>
            <w:tcW w:w="4015" w:type="dxa"/>
            <w:gridSpan w:val="3"/>
          </w:tcPr>
          <w:p w14:paraId="451DB82B" w14:textId="77777777" w:rsidR="00A11ECC" w:rsidRDefault="00000000">
            <w:pPr>
              <w:keepNext/>
            </w:pPr>
            <w:r>
              <w:rPr>
                <w:b/>
                <w:color w:val="0D5F78"/>
              </w:rPr>
              <w:t xml:space="preserve">Carte </w:t>
            </w:r>
            <w:proofErr w:type="spellStart"/>
            <w:r>
              <w:rPr>
                <w:b/>
                <w:color w:val="0D5F78"/>
              </w:rPr>
              <w:t>funciară</w:t>
            </w:r>
            <w:proofErr w:type="spellEnd"/>
            <w:r>
              <w:rPr>
                <w:b/>
                <w:color w:val="0D5F78"/>
              </w:rPr>
              <w:t xml:space="preserve"> nr.</w:t>
            </w:r>
          </w:p>
          <w:p w14:paraId="202F2988" w14:textId="77777777" w:rsidR="00A11ECC" w:rsidRDefault="00A11ECC">
            <w:pPr>
              <w:keepNext/>
            </w:pPr>
          </w:p>
        </w:tc>
      </w:tr>
    </w:tbl>
    <w:p w14:paraId="30B8E0EC" w14:textId="77777777" w:rsidR="00A11ECC" w:rsidRDefault="00A11ECC">
      <w:pPr>
        <w:spacing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4818"/>
        <w:gridCol w:w="3212"/>
      </w:tblGrid>
      <w:tr w:rsidR="00A11ECC" w14:paraId="031C2B49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3F999CAB" w14:textId="77777777" w:rsidR="00A11ECC" w:rsidRDefault="00000000">
            <w:pPr>
              <w:keepNext/>
            </w:pPr>
            <w:r>
              <w:rPr>
                <w:b/>
                <w:sz w:val="16"/>
              </w:rPr>
              <w:t xml:space="preserve"> 5. </w:t>
            </w:r>
            <w:r>
              <w:rPr>
                <w:b/>
                <w:color w:val="000000"/>
                <w:sz w:val="18"/>
              </w:rPr>
              <w:t>DATA ȘI SEMNĂTURA</w:t>
            </w:r>
          </w:p>
        </w:tc>
      </w:tr>
      <w:tr w:rsidR="00A11ECC" w14:paraId="70317068" w14:textId="77777777">
        <w:trPr>
          <w:cantSplit/>
          <w:trHeight w:val="510"/>
        </w:trPr>
        <w:tc>
          <w:tcPr>
            <w:tcW w:w="1606" w:type="dxa"/>
          </w:tcPr>
          <w:p w14:paraId="6AB536DB" w14:textId="77777777" w:rsidR="00A11ECC" w:rsidRDefault="00000000">
            <w:r>
              <w:rPr>
                <w:b/>
                <w:color w:val="0D5F78"/>
              </w:rPr>
              <w:t>Data</w:t>
            </w:r>
          </w:p>
          <w:p w14:paraId="45065743" w14:textId="77777777" w:rsidR="00A11ECC" w:rsidRDefault="00A11ECC"/>
        </w:tc>
        <w:tc>
          <w:tcPr>
            <w:tcW w:w="4818" w:type="dxa"/>
          </w:tcPr>
          <w:p w14:paraId="1F4E7ECE" w14:textId="77777777" w:rsidR="00A11ECC" w:rsidRDefault="00000000">
            <w:r>
              <w:rPr>
                <w:b/>
                <w:color w:val="0D5F78"/>
              </w:rPr>
              <w:t>Titularul autorizației</w:t>
            </w:r>
          </w:p>
          <w:p w14:paraId="21637A08" w14:textId="77777777" w:rsidR="00A11ECC" w:rsidRDefault="00A11ECC"/>
        </w:tc>
        <w:tc>
          <w:tcPr>
            <w:tcW w:w="3212" w:type="dxa"/>
          </w:tcPr>
          <w:p w14:paraId="004D4C8B" w14:textId="77777777" w:rsidR="00A11ECC" w:rsidRDefault="00000000">
            <w:r>
              <w:rPr>
                <w:b/>
                <w:color w:val="0D5F78"/>
              </w:rPr>
              <w:t>Semnătura</w:t>
            </w:r>
          </w:p>
          <w:p w14:paraId="307E167C" w14:textId="77777777" w:rsidR="00A11ECC" w:rsidRDefault="00A11ECC"/>
        </w:tc>
      </w:tr>
    </w:tbl>
    <w:p w14:paraId="33B23A72" w14:textId="77777777" w:rsidR="00A11ECC" w:rsidRDefault="00A11ECC">
      <w:pPr>
        <w:spacing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A11ECC" w:rsidRPr="00182EDC" w14:paraId="5723B871" w14:textId="77777777">
        <w:trPr>
          <w:cantSplit/>
        </w:trPr>
        <w:tc>
          <w:tcPr>
            <w:tcW w:w="9636" w:type="dxa"/>
            <w:shd w:val="clear" w:color="auto" w:fill="F4F4F4"/>
          </w:tcPr>
          <w:p w14:paraId="5778FA35" w14:textId="77777777" w:rsidR="00A11ECC" w:rsidRPr="00E6757A" w:rsidRDefault="00000000">
            <w:pPr>
              <w:spacing w:line="228" w:lineRule="auto"/>
              <w:rPr>
                <w:lang w:val="fr-FR"/>
              </w:rPr>
            </w:pPr>
            <w:proofErr w:type="spellStart"/>
            <w:r w:rsidRPr="00E6757A">
              <w:rPr>
                <w:lang w:val="fr-FR"/>
              </w:rPr>
              <w:t>Formularul</w:t>
            </w:r>
            <w:proofErr w:type="spellEnd"/>
            <w:r w:rsidRPr="00E6757A">
              <w:rPr>
                <w:lang w:val="fr-FR"/>
              </w:rPr>
              <w:t xml:space="preserve"> se </w:t>
            </w:r>
            <w:proofErr w:type="spellStart"/>
            <w:r w:rsidRPr="00E6757A">
              <w:rPr>
                <w:lang w:val="fr-FR"/>
              </w:rPr>
              <w:t>anexează</w:t>
            </w:r>
            <w:proofErr w:type="spellEnd"/>
            <w:r w:rsidRPr="00E6757A">
              <w:rPr>
                <w:lang w:val="fr-FR"/>
              </w:rPr>
              <w:t xml:space="preserve"> la </w:t>
            </w:r>
            <w:proofErr w:type="spellStart"/>
            <w:r w:rsidRPr="00E6757A">
              <w:rPr>
                <w:lang w:val="fr-FR"/>
              </w:rPr>
              <w:t>autorizația</w:t>
            </w:r>
            <w:proofErr w:type="spellEnd"/>
            <w:r w:rsidRPr="00E6757A">
              <w:rPr>
                <w:lang w:val="fr-FR"/>
              </w:rPr>
              <w:t xml:space="preserve"> de construire / </w:t>
            </w:r>
            <w:proofErr w:type="spellStart"/>
            <w:r w:rsidRPr="00E6757A">
              <w:rPr>
                <w:lang w:val="fr-FR"/>
              </w:rPr>
              <w:t>desființare</w:t>
            </w:r>
            <w:proofErr w:type="spellEnd"/>
            <w:r w:rsidRPr="00E6757A">
              <w:rPr>
                <w:lang w:val="fr-FR"/>
              </w:rPr>
              <w:t xml:space="preserve"> </w:t>
            </w:r>
            <w:proofErr w:type="spellStart"/>
            <w:r w:rsidRPr="00E6757A">
              <w:rPr>
                <w:lang w:val="fr-FR"/>
              </w:rPr>
              <w:t>în</w:t>
            </w:r>
            <w:proofErr w:type="spellEnd"/>
            <w:r w:rsidRPr="00E6757A">
              <w:rPr>
                <w:lang w:val="fr-FR"/>
              </w:rPr>
              <w:t xml:space="preserve"> </w:t>
            </w:r>
            <w:proofErr w:type="spellStart"/>
            <w:r w:rsidRPr="00E6757A">
              <w:rPr>
                <w:lang w:val="fr-FR"/>
              </w:rPr>
              <w:t>două</w:t>
            </w:r>
            <w:proofErr w:type="spellEnd"/>
            <w:r w:rsidRPr="00E6757A">
              <w:rPr>
                <w:lang w:val="fr-FR"/>
              </w:rPr>
              <w:t xml:space="preserve"> </w:t>
            </w:r>
            <w:proofErr w:type="spellStart"/>
            <w:r w:rsidRPr="00E6757A">
              <w:rPr>
                <w:lang w:val="fr-FR"/>
              </w:rPr>
              <w:t>exemplare</w:t>
            </w:r>
            <w:proofErr w:type="spellEnd"/>
            <w:r w:rsidRPr="00E6757A">
              <w:rPr>
                <w:lang w:val="fr-FR"/>
              </w:rPr>
              <w:t xml:space="preserve">. </w:t>
            </w:r>
            <w:proofErr w:type="spellStart"/>
            <w:r w:rsidRPr="00E6757A">
              <w:rPr>
                <w:lang w:val="fr-FR"/>
              </w:rPr>
              <w:t>Titularul</w:t>
            </w:r>
            <w:proofErr w:type="spellEnd"/>
            <w:r w:rsidRPr="00E6757A">
              <w:rPr>
                <w:lang w:val="fr-FR"/>
              </w:rPr>
              <w:t xml:space="preserve"> </w:t>
            </w:r>
            <w:proofErr w:type="spellStart"/>
            <w:r w:rsidRPr="00E6757A">
              <w:rPr>
                <w:lang w:val="fr-FR"/>
              </w:rPr>
              <w:t>autorizației</w:t>
            </w:r>
            <w:proofErr w:type="spellEnd"/>
            <w:r w:rsidRPr="00E6757A">
              <w:rPr>
                <w:lang w:val="fr-FR"/>
              </w:rPr>
              <w:t xml:space="preserve"> este </w:t>
            </w:r>
            <w:proofErr w:type="spellStart"/>
            <w:r w:rsidRPr="00E6757A">
              <w:rPr>
                <w:lang w:val="fr-FR"/>
              </w:rPr>
              <w:t>obligat</w:t>
            </w:r>
            <w:proofErr w:type="spellEnd"/>
            <w:r w:rsidRPr="00E6757A">
              <w:rPr>
                <w:lang w:val="fr-FR"/>
              </w:rPr>
              <w:t xml:space="preserve"> </w:t>
            </w:r>
            <w:proofErr w:type="spellStart"/>
            <w:r w:rsidRPr="00E6757A">
              <w:rPr>
                <w:lang w:val="fr-FR"/>
              </w:rPr>
              <w:t>să</w:t>
            </w:r>
            <w:proofErr w:type="spellEnd"/>
            <w:r w:rsidRPr="00E6757A">
              <w:rPr>
                <w:lang w:val="fr-FR"/>
              </w:rPr>
              <w:t xml:space="preserve"> </w:t>
            </w:r>
            <w:proofErr w:type="spellStart"/>
            <w:r w:rsidRPr="00E6757A">
              <w:rPr>
                <w:lang w:val="fr-FR"/>
              </w:rPr>
              <w:t>păstreze</w:t>
            </w:r>
            <w:proofErr w:type="spellEnd"/>
            <w:r w:rsidRPr="00E6757A">
              <w:rPr>
                <w:lang w:val="fr-FR"/>
              </w:rPr>
              <w:t xml:space="preserve"> </w:t>
            </w:r>
            <w:proofErr w:type="spellStart"/>
            <w:r w:rsidRPr="00E6757A">
              <w:rPr>
                <w:lang w:val="fr-FR"/>
              </w:rPr>
              <w:t>pe</w:t>
            </w:r>
            <w:proofErr w:type="spellEnd"/>
            <w:r w:rsidRPr="00E6757A">
              <w:rPr>
                <w:lang w:val="fr-FR"/>
              </w:rPr>
              <w:t xml:space="preserve"> </w:t>
            </w:r>
            <w:proofErr w:type="spellStart"/>
            <w:r w:rsidRPr="00E6757A">
              <w:rPr>
                <w:lang w:val="fr-FR"/>
              </w:rPr>
              <w:t>șantier</w:t>
            </w:r>
            <w:proofErr w:type="spellEnd"/>
            <w:r w:rsidRPr="00E6757A">
              <w:rPr>
                <w:lang w:val="fr-FR"/>
              </w:rPr>
              <w:t xml:space="preserve"> un </w:t>
            </w:r>
            <w:proofErr w:type="spellStart"/>
            <w:r w:rsidRPr="00E6757A">
              <w:rPr>
                <w:lang w:val="fr-FR"/>
              </w:rPr>
              <w:t>exemplar</w:t>
            </w:r>
            <w:proofErr w:type="spellEnd"/>
            <w:r w:rsidRPr="00E6757A">
              <w:rPr>
                <w:lang w:val="fr-FR"/>
              </w:rPr>
              <w:t xml:space="preserve"> al </w:t>
            </w:r>
            <w:proofErr w:type="spellStart"/>
            <w:r w:rsidRPr="00E6757A">
              <w:rPr>
                <w:lang w:val="fr-FR"/>
              </w:rPr>
              <w:t>acestei</w:t>
            </w:r>
            <w:proofErr w:type="spellEnd"/>
            <w:r w:rsidRPr="00E6757A">
              <w:rPr>
                <w:lang w:val="fr-FR"/>
              </w:rPr>
              <w:t xml:space="preserve"> </w:t>
            </w:r>
            <w:proofErr w:type="spellStart"/>
            <w:r w:rsidRPr="00E6757A">
              <w:rPr>
                <w:lang w:val="fr-FR"/>
              </w:rPr>
              <w:t>înștiințări</w:t>
            </w:r>
            <w:proofErr w:type="spellEnd"/>
            <w:r w:rsidRPr="00E6757A">
              <w:rPr>
                <w:lang w:val="fr-FR"/>
              </w:rPr>
              <w:t xml:space="preserve">, </w:t>
            </w:r>
            <w:proofErr w:type="spellStart"/>
            <w:r w:rsidRPr="00E6757A">
              <w:rPr>
                <w:lang w:val="fr-FR"/>
              </w:rPr>
              <w:t>cu</w:t>
            </w:r>
            <w:proofErr w:type="spellEnd"/>
            <w:r w:rsidRPr="00E6757A">
              <w:rPr>
                <w:lang w:val="fr-FR"/>
              </w:rPr>
              <w:t xml:space="preserve"> </w:t>
            </w:r>
            <w:proofErr w:type="spellStart"/>
            <w:r w:rsidRPr="00E6757A">
              <w:rPr>
                <w:lang w:val="fr-FR"/>
              </w:rPr>
              <w:t>numărul</w:t>
            </w:r>
            <w:proofErr w:type="spellEnd"/>
            <w:r w:rsidRPr="00E6757A">
              <w:rPr>
                <w:lang w:val="fr-FR"/>
              </w:rPr>
              <w:t xml:space="preserve"> </w:t>
            </w:r>
            <w:proofErr w:type="spellStart"/>
            <w:r w:rsidRPr="00E6757A">
              <w:rPr>
                <w:lang w:val="fr-FR"/>
              </w:rPr>
              <w:t>și</w:t>
            </w:r>
            <w:proofErr w:type="spellEnd"/>
            <w:r w:rsidRPr="00E6757A">
              <w:rPr>
                <w:lang w:val="fr-FR"/>
              </w:rPr>
              <w:t xml:space="preserve"> data </w:t>
            </w:r>
            <w:proofErr w:type="spellStart"/>
            <w:r w:rsidRPr="00E6757A">
              <w:rPr>
                <w:lang w:val="fr-FR"/>
              </w:rPr>
              <w:t>înregistrării</w:t>
            </w:r>
            <w:proofErr w:type="spellEnd"/>
            <w:r w:rsidRPr="00E6757A">
              <w:rPr>
                <w:lang w:val="fr-FR"/>
              </w:rPr>
              <w:t xml:space="preserve"> la </w:t>
            </w:r>
            <w:proofErr w:type="spellStart"/>
            <w:r w:rsidRPr="00E6757A">
              <w:rPr>
                <w:lang w:val="fr-FR"/>
              </w:rPr>
              <w:t>autoritatea</w:t>
            </w:r>
            <w:proofErr w:type="spellEnd"/>
            <w:r w:rsidRPr="00E6757A">
              <w:rPr>
                <w:lang w:val="fr-FR"/>
              </w:rPr>
              <w:t xml:space="preserve"> </w:t>
            </w:r>
            <w:proofErr w:type="spellStart"/>
            <w:r w:rsidRPr="00E6757A">
              <w:rPr>
                <w:lang w:val="fr-FR"/>
              </w:rPr>
              <w:t>emitentă</w:t>
            </w:r>
            <w:proofErr w:type="spellEnd"/>
            <w:r w:rsidRPr="00E6757A">
              <w:rPr>
                <w:lang w:val="fr-FR"/>
              </w:rPr>
              <w:t>.</w:t>
            </w:r>
          </w:p>
        </w:tc>
      </w:tr>
    </w:tbl>
    <w:p w14:paraId="1067A431" w14:textId="77777777" w:rsidR="00A11ECC" w:rsidRPr="00E6757A" w:rsidRDefault="00A11ECC">
      <w:pPr>
        <w:spacing w:line="168" w:lineRule="auto"/>
        <w:rPr>
          <w:lang w:val="fr-FR"/>
        </w:rPr>
      </w:pPr>
    </w:p>
    <w:sectPr w:rsidR="00A11ECC" w:rsidRPr="00E6757A" w:rsidSect="00034616">
      <w:footerReference w:type="default" r:id="rId9"/>
      <w:pgSz w:w="11906" w:h="16838"/>
      <w:pgMar w:top="567" w:right="1134" w:bottom="454" w:left="1134" w:header="720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072D03" w14:textId="77777777" w:rsidR="003D3B3F" w:rsidRDefault="003D3B3F">
      <w:r>
        <w:separator/>
      </w:r>
    </w:p>
  </w:endnote>
  <w:endnote w:type="continuationSeparator" w:id="0">
    <w:p w14:paraId="4533EC9E" w14:textId="77777777" w:rsidR="003D3B3F" w:rsidRDefault="003D3B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FAD8D" w14:textId="547B7A71" w:rsidR="00A11ECC" w:rsidRDefault="00000000">
    <w:pPr>
      <w:pStyle w:val="Footer"/>
      <w:tabs>
        <w:tab w:val="right" w:pos="9639"/>
      </w:tabs>
    </w:pPr>
    <w:r>
      <w:rPr>
        <w:color w:val="595959"/>
      </w:rPr>
      <w:t>F_A_0</w:t>
    </w:r>
    <w:r w:rsidR="00182EDC">
      <w:rPr>
        <w:color w:val="595959"/>
      </w:rPr>
      <w:t>8</w:t>
    </w:r>
    <w:r>
      <w:rPr>
        <w:color w:val="595959"/>
      </w:rPr>
      <w:t xml:space="preserve"> · </w:t>
    </w:r>
    <w:proofErr w:type="spellStart"/>
    <w:r>
      <w:rPr>
        <w:color w:val="595959"/>
      </w:rPr>
      <w:t>versiunea</w:t>
    </w:r>
    <w:proofErr w:type="spellEnd"/>
    <w:r>
      <w:rPr>
        <w:color w:val="595959"/>
      </w:rPr>
      <w:t xml:space="preserve"> 1.0</w:t>
    </w:r>
    <w:r>
      <w:rPr>
        <w:color w:val="595959"/>
      </w:rPr>
      <w:tab/>
    </w:r>
    <w:proofErr w:type="spellStart"/>
    <w:r>
      <w:rPr>
        <w:color w:val="595959"/>
      </w:rPr>
      <w:t>pagina</w:t>
    </w:r>
    <w:proofErr w:type="spellEnd"/>
    <w:r>
      <w:rPr>
        <w:color w:val="595959"/>
      </w:rPr>
      <w:t xml:space="preserve"> </w:t>
    </w:r>
    <w:r>
      <w:rPr>
        <w:color w:val="595959"/>
      </w:rPr>
      <w:fldChar w:fldCharType="begin"/>
    </w:r>
    <w:r>
      <w:rPr>
        <w:color w:val="595959"/>
      </w:rPr>
      <w:instrText xml:space="preserve"> PAGE </w:instrText>
    </w:r>
    <w:r>
      <w:rPr>
        <w:color w:val="595959"/>
      </w:rPr>
      <w:fldChar w:fldCharType="separate"/>
    </w:r>
    <w:r w:rsidR="00E6757A">
      <w:rPr>
        <w:noProof/>
        <w:color w:val="595959"/>
      </w:rPr>
      <w:t>1</w:t>
    </w:r>
    <w:r>
      <w:rPr>
        <w:color w:val="595959"/>
      </w:rPr>
      <w:fldChar w:fldCharType="end"/>
    </w:r>
    <w:r>
      <w:rPr>
        <w:color w:val="595959"/>
      </w:rPr>
      <w:t xml:space="preserve"> din </w:t>
    </w:r>
    <w:r>
      <w:rPr>
        <w:color w:val="595959"/>
      </w:rPr>
      <w:fldChar w:fldCharType="begin"/>
    </w:r>
    <w:r>
      <w:rPr>
        <w:color w:val="595959"/>
      </w:rPr>
      <w:instrText xml:space="preserve"> NUMPAGES </w:instrText>
    </w:r>
    <w:r>
      <w:rPr>
        <w:color w:val="595959"/>
      </w:rPr>
      <w:fldChar w:fldCharType="separate"/>
    </w:r>
    <w:r w:rsidR="00E6757A">
      <w:rPr>
        <w:noProof/>
        <w:color w:val="595959"/>
      </w:rPr>
      <w:t>2</w:t>
    </w:r>
    <w:r>
      <w:rPr>
        <w:color w:val="59595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6396C9" w14:textId="77777777" w:rsidR="003D3B3F" w:rsidRDefault="003D3B3F">
      <w:r>
        <w:separator/>
      </w:r>
    </w:p>
  </w:footnote>
  <w:footnote w:type="continuationSeparator" w:id="0">
    <w:p w14:paraId="33F0D0FB" w14:textId="77777777" w:rsidR="003D3B3F" w:rsidRDefault="003D3B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39611888">
    <w:abstractNumId w:val="8"/>
  </w:num>
  <w:num w:numId="2" w16cid:durableId="1429814677">
    <w:abstractNumId w:val="6"/>
  </w:num>
  <w:num w:numId="3" w16cid:durableId="1434588032">
    <w:abstractNumId w:val="5"/>
  </w:num>
  <w:num w:numId="4" w16cid:durableId="862592027">
    <w:abstractNumId w:val="4"/>
  </w:num>
  <w:num w:numId="5" w16cid:durableId="1345128852">
    <w:abstractNumId w:val="7"/>
  </w:num>
  <w:num w:numId="6" w16cid:durableId="629365156">
    <w:abstractNumId w:val="3"/>
  </w:num>
  <w:num w:numId="7" w16cid:durableId="482157275">
    <w:abstractNumId w:val="2"/>
  </w:num>
  <w:num w:numId="8" w16cid:durableId="1442381932">
    <w:abstractNumId w:val="1"/>
  </w:num>
  <w:num w:numId="9" w16cid:durableId="13820543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A01C0"/>
    <w:rsid w:val="00123DA8"/>
    <w:rsid w:val="0015074B"/>
    <w:rsid w:val="00182EDC"/>
    <w:rsid w:val="001F772B"/>
    <w:rsid w:val="0029639D"/>
    <w:rsid w:val="00326F90"/>
    <w:rsid w:val="0039392B"/>
    <w:rsid w:val="003D3B3F"/>
    <w:rsid w:val="004D50AF"/>
    <w:rsid w:val="006C103E"/>
    <w:rsid w:val="00A11ECC"/>
    <w:rsid w:val="00AA1D8D"/>
    <w:rsid w:val="00B47730"/>
    <w:rsid w:val="00CB0664"/>
    <w:rsid w:val="00E61A6B"/>
    <w:rsid w:val="00E6757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1E95A5D"/>
  <w14:defaultImageDpi w14:val="300"/>
  <w15:docId w15:val="{4A0E0516-4648-4975-808B-68AC65BFD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hAnsi="Times New Roman"/>
      <w:sz w:val="15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Alina Herbil</cp:lastModifiedBy>
  <cp:revision>5</cp:revision>
  <dcterms:created xsi:type="dcterms:W3CDTF">2013-12-23T23:15:00Z</dcterms:created>
  <dcterms:modified xsi:type="dcterms:W3CDTF">2026-08-27T12:52:00Z</dcterms:modified>
  <cp:category/>
</cp:coreProperties>
</file>