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394917" w14:paraId="0CCB0759" w14:textId="77777777" w:rsidTr="00394917">
        <w:trPr>
          <w:trHeight w:val="393"/>
        </w:trPr>
        <w:tc>
          <w:tcPr>
            <w:tcW w:w="1641" w:type="dxa"/>
            <w:vMerge w:val="restart"/>
          </w:tcPr>
          <w:p w14:paraId="0A881CF9" w14:textId="77777777" w:rsidR="00394917" w:rsidRDefault="0039491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3B86F5BE" wp14:editId="438E40AE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22CC2598" w14:textId="77777777" w:rsidR="00394917" w:rsidRDefault="00394917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394917" w14:paraId="7AFC80E5" w14:textId="77777777" w:rsidTr="00394917">
        <w:trPr>
          <w:trHeight w:val="206"/>
        </w:trPr>
        <w:tc>
          <w:tcPr>
            <w:tcW w:w="1641" w:type="dxa"/>
            <w:vMerge/>
          </w:tcPr>
          <w:p w14:paraId="63E58D9D" w14:textId="77777777" w:rsidR="00394917" w:rsidRDefault="0039491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7876A749" w14:textId="77777777" w:rsidR="00394917" w:rsidRPr="000F4882" w:rsidRDefault="0039491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394917" w14:paraId="7026D029" w14:textId="77777777" w:rsidTr="00394917">
        <w:trPr>
          <w:trHeight w:val="206"/>
        </w:trPr>
        <w:tc>
          <w:tcPr>
            <w:tcW w:w="1641" w:type="dxa"/>
            <w:vMerge/>
          </w:tcPr>
          <w:p w14:paraId="43E9C841" w14:textId="77777777" w:rsidR="00394917" w:rsidRDefault="0039491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7AB43136" w14:textId="77777777" w:rsidR="00394917" w:rsidRPr="000F4882" w:rsidRDefault="00394917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6DD0EF62" w14:textId="77777777" w:rsidR="00394917" w:rsidRPr="000F4882" w:rsidRDefault="00394917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37C6BBB" w14:textId="77777777" w:rsidR="00394917" w:rsidRPr="000F4882" w:rsidRDefault="00394917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573D926A" w14:textId="77777777" w:rsidR="00394917" w:rsidRPr="000F4882" w:rsidRDefault="00394917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394917" w14:paraId="1B40E2B1" w14:textId="77777777" w:rsidTr="00394917">
        <w:trPr>
          <w:trHeight w:val="416"/>
        </w:trPr>
        <w:tc>
          <w:tcPr>
            <w:tcW w:w="1641" w:type="dxa"/>
            <w:vMerge/>
          </w:tcPr>
          <w:p w14:paraId="1C0CA511" w14:textId="77777777" w:rsidR="00394917" w:rsidRDefault="00394917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2C252D82" w14:textId="77777777" w:rsidR="00394917" w:rsidRDefault="0039491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94F8DC6" w14:textId="77777777" w:rsidR="00394917" w:rsidRPr="000F4882" w:rsidRDefault="0039491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6BFEAB96" w14:textId="77777777" w:rsidR="00394917" w:rsidRDefault="0039491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4097E59" w14:textId="77777777" w:rsidR="00394917" w:rsidRPr="000F4882" w:rsidRDefault="0039491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394917" w14:paraId="38E4C5D9" w14:textId="77777777" w:rsidTr="00394917">
        <w:trPr>
          <w:trHeight w:val="165"/>
        </w:trPr>
        <w:tc>
          <w:tcPr>
            <w:tcW w:w="9606" w:type="dxa"/>
            <w:gridSpan w:val="4"/>
          </w:tcPr>
          <w:p w14:paraId="23456948" w14:textId="77777777" w:rsidR="00394917" w:rsidRDefault="00394917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000000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r w:rsidRPr="00343BB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863ECC5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343BB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sector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C7F07C7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343BB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343BBA">
              <w:rPr>
                <w:lang w:val="fr-FR"/>
              </w:rPr>
              <w:t>Cererea</w:t>
            </w:r>
            <w:proofErr w:type="spellEnd"/>
            <w:r w:rsidRPr="00343BBA">
              <w:rPr>
                <w:lang w:val="fr-FR"/>
              </w:rPr>
              <w:t xml:space="preserve"> va fi </w:t>
            </w:r>
            <w:proofErr w:type="spellStart"/>
            <w:r w:rsidRPr="00343BBA">
              <w:rPr>
                <w:lang w:val="fr-FR"/>
              </w:rPr>
              <w:t>transmisă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către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președintele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consiliului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județean</w:t>
            </w:r>
            <w:proofErr w:type="spellEnd"/>
            <w:r w:rsidRPr="00343BBA">
              <w:rPr>
                <w:lang w:val="fr-FR"/>
              </w:rPr>
              <w:t xml:space="preserve">, </w:t>
            </w:r>
            <w:proofErr w:type="spellStart"/>
            <w:r w:rsidRPr="00343BBA">
              <w:rPr>
                <w:lang w:val="fr-FR"/>
              </w:rPr>
              <w:t>primarul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general</w:t>
            </w:r>
            <w:proofErr w:type="spellEnd"/>
            <w:r w:rsidRPr="00343BBA">
              <w:rPr>
                <w:lang w:val="fr-FR"/>
              </w:rPr>
              <w:t xml:space="preserve">, </w:t>
            </w:r>
            <w:proofErr w:type="spellStart"/>
            <w:r w:rsidRPr="00343BBA">
              <w:rPr>
                <w:lang w:val="fr-FR"/>
              </w:rPr>
              <w:t>primarul</w:t>
            </w:r>
            <w:proofErr w:type="spellEnd"/>
            <w:r w:rsidRPr="00343BBA">
              <w:rPr>
                <w:lang w:val="fr-FR"/>
              </w:rPr>
              <w:t xml:space="preserve"> de </w:t>
            </w:r>
            <w:proofErr w:type="spellStart"/>
            <w:r w:rsidRPr="00343BBA">
              <w:rPr>
                <w:lang w:val="fr-FR"/>
              </w:rPr>
              <w:t>sector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sau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primarul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municipiului</w:t>
            </w:r>
            <w:proofErr w:type="spellEnd"/>
            <w:r w:rsidRPr="00343BBA">
              <w:rPr>
                <w:lang w:val="fr-FR"/>
              </w:rPr>
              <w:t xml:space="preserve"> / </w:t>
            </w:r>
            <w:proofErr w:type="spellStart"/>
            <w:r w:rsidRPr="00343BBA">
              <w:rPr>
                <w:lang w:val="fr-FR"/>
              </w:rPr>
              <w:t>orașului</w:t>
            </w:r>
            <w:proofErr w:type="spellEnd"/>
            <w:r w:rsidRPr="00343BBA">
              <w:rPr>
                <w:lang w:val="fr-FR"/>
              </w:rPr>
              <w:t xml:space="preserve"> / </w:t>
            </w:r>
            <w:proofErr w:type="spellStart"/>
            <w:r w:rsidRPr="00343BBA">
              <w:rPr>
                <w:lang w:val="fr-FR"/>
              </w:rPr>
              <w:t>comunei</w:t>
            </w:r>
            <w:proofErr w:type="spellEnd"/>
            <w:r w:rsidRPr="00343BBA">
              <w:rPr>
                <w:lang w:val="fr-FR"/>
              </w:rPr>
              <w:t xml:space="preserve">, </w:t>
            </w:r>
            <w:proofErr w:type="spellStart"/>
            <w:r w:rsidRPr="00343BBA">
              <w:rPr>
                <w:lang w:val="fr-FR"/>
              </w:rPr>
              <w:t>după</w:t>
            </w:r>
            <w:proofErr w:type="spellEnd"/>
            <w:r w:rsidRPr="00343BBA">
              <w:rPr>
                <w:lang w:val="fr-FR"/>
              </w:rPr>
              <w:t xml:space="preserve"> </w:t>
            </w:r>
            <w:proofErr w:type="spellStart"/>
            <w:r w:rsidRPr="00343BBA">
              <w:rPr>
                <w:lang w:val="fr-FR"/>
              </w:rPr>
              <w:t>caz</w:t>
            </w:r>
            <w:proofErr w:type="spellEnd"/>
            <w:r w:rsidRPr="00343BBA">
              <w:rPr>
                <w:lang w:val="fr-FR"/>
              </w:rPr>
              <w:t>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000000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000000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temeiul</w:t>
      </w:r>
      <w:proofErr w:type="spellEnd"/>
      <w:r>
        <w:rPr>
          <w:sz w:val="18"/>
        </w:rPr>
        <w:t xml:space="preserve"> art. 257 </w:t>
      </w:r>
      <w:proofErr w:type="spellStart"/>
      <w:r>
        <w:rPr>
          <w:sz w:val="18"/>
        </w:rPr>
        <w:t>alin</w:t>
      </w:r>
      <w:proofErr w:type="spellEnd"/>
      <w:r>
        <w:rPr>
          <w:sz w:val="18"/>
        </w:rPr>
        <w:t xml:space="preserve">. (17)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>,</w:t>
      </w:r>
    </w:p>
    <w:p w14:paraId="21143514" w14:textId="77777777" w:rsidR="00004412" w:rsidRDefault="00000000">
      <w:pPr>
        <w:spacing w:before="80" w:after="60"/>
        <w:jc w:val="center"/>
        <w:rPr>
          <w:b/>
          <w:color w:val="000000"/>
          <w:sz w:val="18"/>
          <w:lang w:val="fr-FR"/>
        </w:rPr>
      </w:pPr>
      <w:proofErr w:type="spellStart"/>
      <w:proofErr w:type="gramStart"/>
      <w:r w:rsidRPr="00004412">
        <w:rPr>
          <w:sz w:val="18"/>
          <w:lang w:val="fr-FR"/>
        </w:rPr>
        <w:t>solicit</w:t>
      </w:r>
      <w:proofErr w:type="spellEnd"/>
      <w:proofErr w:type="gramEnd"/>
      <w:r w:rsidRPr="00004412">
        <w:rPr>
          <w:sz w:val="18"/>
          <w:lang w:val="fr-FR"/>
        </w:rPr>
        <w:t xml:space="preserve"> </w:t>
      </w:r>
      <w:proofErr w:type="spellStart"/>
      <w:r w:rsidRPr="00004412">
        <w:rPr>
          <w:sz w:val="18"/>
          <w:lang w:val="fr-FR"/>
        </w:rPr>
        <w:t>prelungirea</w:t>
      </w:r>
      <w:proofErr w:type="spellEnd"/>
      <w:r w:rsidRPr="00004412">
        <w:rPr>
          <w:sz w:val="18"/>
          <w:lang w:val="fr-FR"/>
        </w:rPr>
        <w:t xml:space="preserve"> </w:t>
      </w:r>
      <w:proofErr w:type="spellStart"/>
      <w:r w:rsidRPr="00004412">
        <w:rPr>
          <w:sz w:val="18"/>
          <w:lang w:val="fr-FR"/>
        </w:rPr>
        <w:t>valabilității</w:t>
      </w:r>
      <w:proofErr w:type="spellEnd"/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000000">
            <w:proofErr w:type="spellStart"/>
            <w:r>
              <w:rPr>
                <w:b/>
                <w:color w:val="0D5F78"/>
              </w:rPr>
              <w:t>Prelungirea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solicitată</w:t>
            </w:r>
            <w:proofErr w:type="spellEnd"/>
            <w:r>
              <w:rPr>
                <w:b/>
                <w:color w:val="0D5F78"/>
              </w:rPr>
              <w:t xml:space="preserve">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000000">
            <w:proofErr w:type="spellStart"/>
            <w:r>
              <w:rPr>
                <w:b/>
                <w:color w:val="0D5F78"/>
              </w:rPr>
              <w:t>până</w:t>
            </w:r>
            <w:proofErr w:type="spellEnd"/>
            <w:r>
              <w:rPr>
                <w:b/>
                <w:color w:val="0D5F78"/>
              </w:rPr>
              <w:t xml:space="preserve">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r w:rsidRPr="00343BBA">
              <w:rPr>
                <w:b/>
                <w:color w:val="0D5F78"/>
                <w:lang w:val="fr-FR"/>
              </w:rPr>
              <w:t>Număr</w:t>
            </w:r>
            <w:proofErr w:type="spellEnd"/>
            <w:r w:rsidRPr="00343BBA">
              <w:rPr>
                <w:b/>
                <w:color w:val="0D5F78"/>
                <w:lang w:val="fr-FR"/>
              </w:rPr>
              <w:t xml:space="preserve"> cadastral</w:t>
            </w:r>
          </w:p>
          <w:p w14:paraId="34F88BB8" w14:textId="77777777" w:rsidR="00377113" w:rsidRPr="00343BB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343BB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43BBA">
              <w:rPr>
                <w:i/>
                <w:color w:val="7A7A7A"/>
                <w:lang w:val="fr-FR"/>
              </w:rPr>
              <w:t>în</w:t>
            </w:r>
            <w:proofErr w:type="spellEnd"/>
            <w:r w:rsidRPr="00343BBA">
              <w:rPr>
                <w:i/>
                <w:color w:val="7A7A7A"/>
                <w:lang w:val="fr-FR"/>
              </w:rPr>
              <w:t xml:space="preserve"> e-Terra</w:t>
            </w:r>
          </w:p>
          <w:p w14:paraId="3E14DDE5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000000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</w:t>
            </w:r>
            <w:proofErr w:type="spellStart"/>
            <w:r w:rsidRPr="00343BBA">
              <w:rPr>
                <w:sz w:val="16"/>
                <w:lang w:val="fr-FR"/>
              </w:rPr>
              <w:t>certificatul</w:t>
            </w:r>
            <w:proofErr w:type="spellEnd"/>
            <w:r w:rsidRPr="00343BBA">
              <w:rPr>
                <w:sz w:val="16"/>
                <w:lang w:val="fr-FR"/>
              </w:rPr>
              <w:t xml:space="preserve"> de </w:t>
            </w:r>
            <w:proofErr w:type="spellStart"/>
            <w:r w:rsidRPr="00343BBA">
              <w:rPr>
                <w:sz w:val="16"/>
                <w:lang w:val="fr-FR"/>
              </w:rPr>
              <w:t>urbanism</w:t>
            </w:r>
            <w:proofErr w:type="spellEnd"/>
            <w:r w:rsidRPr="00343BBA">
              <w:rPr>
                <w:sz w:val="16"/>
                <w:lang w:val="fr-FR"/>
              </w:rPr>
              <w:t xml:space="preserve"> (</w:t>
            </w:r>
            <w:proofErr w:type="spellStart"/>
            <w:r w:rsidRPr="00343BBA">
              <w:rPr>
                <w:sz w:val="16"/>
                <w:lang w:val="fr-FR"/>
              </w:rPr>
              <w:t>în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gramStart"/>
            <w:r w:rsidRPr="00343BBA">
              <w:rPr>
                <w:sz w:val="16"/>
                <w:lang w:val="fr-FR"/>
              </w:rPr>
              <w:t xml:space="preserve">original)   </w:t>
            </w:r>
            <w:proofErr w:type="gramEnd"/>
            <w:r w:rsidRPr="00343BBA">
              <w:rPr>
                <w:sz w:val="16"/>
                <w:lang w:val="fr-FR"/>
              </w:rPr>
              <w:t xml:space="preserve">  ☐ </w:t>
            </w:r>
            <w:proofErr w:type="spellStart"/>
            <w:r w:rsidRPr="00343BBA">
              <w:rPr>
                <w:sz w:val="16"/>
                <w:lang w:val="fr-FR"/>
              </w:rPr>
              <w:t>documentul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spellStart"/>
            <w:r w:rsidRPr="00343BBA">
              <w:rPr>
                <w:sz w:val="16"/>
                <w:lang w:val="fr-FR"/>
              </w:rPr>
              <w:t>privind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spellStart"/>
            <w:r w:rsidRPr="00343BBA">
              <w:rPr>
                <w:sz w:val="16"/>
                <w:lang w:val="fr-FR"/>
              </w:rPr>
              <w:t>achitarea</w:t>
            </w:r>
            <w:proofErr w:type="spellEnd"/>
            <w:r w:rsidRPr="00343BBA">
              <w:rPr>
                <w:sz w:val="16"/>
                <w:lang w:val="fr-FR"/>
              </w:rPr>
              <w:t xml:space="preserve"> </w:t>
            </w:r>
            <w:proofErr w:type="spellStart"/>
            <w:r w:rsidRPr="00343BBA">
              <w:rPr>
                <w:sz w:val="16"/>
                <w:lang w:val="fr-FR"/>
              </w:rPr>
              <w:t>taxei</w:t>
            </w:r>
            <w:proofErr w:type="spellEnd"/>
            <w:r w:rsidRPr="00343BBA">
              <w:rPr>
                <w:sz w:val="16"/>
                <w:lang w:val="fr-FR"/>
              </w:rPr>
              <w:t xml:space="preserve">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000000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Default="00000000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0834" w14:textId="77777777" w:rsidR="00863832" w:rsidRDefault="00863832">
      <w:r>
        <w:separator/>
      </w:r>
    </w:p>
  </w:endnote>
  <w:endnote w:type="continuationSeparator" w:id="0">
    <w:p w14:paraId="6E90D8E8" w14:textId="77777777" w:rsidR="00863832" w:rsidRDefault="0086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959F" w14:textId="77777777" w:rsidR="00377113" w:rsidRDefault="00000000">
    <w:pPr>
      <w:pStyle w:val="Footer"/>
      <w:tabs>
        <w:tab w:val="right" w:pos="9639"/>
      </w:tabs>
    </w:pPr>
    <w:r>
      <w:rPr>
        <w:color w:val="595959"/>
      </w:rPr>
      <w:t xml:space="preserve">F_CU_03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43BBA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05B8" w14:textId="77777777" w:rsidR="00863832" w:rsidRDefault="00863832">
      <w:r>
        <w:separator/>
      </w:r>
    </w:p>
  </w:footnote>
  <w:footnote w:type="continuationSeparator" w:id="0">
    <w:p w14:paraId="6B89C86B" w14:textId="77777777" w:rsidR="00863832" w:rsidRDefault="00863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464934">
    <w:abstractNumId w:val="8"/>
  </w:num>
  <w:num w:numId="2" w16cid:durableId="120267155">
    <w:abstractNumId w:val="6"/>
  </w:num>
  <w:num w:numId="3" w16cid:durableId="1421946025">
    <w:abstractNumId w:val="5"/>
  </w:num>
  <w:num w:numId="4" w16cid:durableId="75251532">
    <w:abstractNumId w:val="4"/>
  </w:num>
  <w:num w:numId="5" w16cid:durableId="742339271">
    <w:abstractNumId w:val="7"/>
  </w:num>
  <w:num w:numId="6" w16cid:durableId="488985948">
    <w:abstractNumId w:val="3"/>
  </w:num>
  <w:num w:numId="7" w16cid:durableId="904994438">
    <w:abstractNumId w:val="2"/>
  </w:num>
  <w:num w:numId="8" w16cid:durableId="372006337">
    <w:abstractNumId w:val="1"/>
  </w:num>
  <w:num w:numId="9" w16cid:durableId="58211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412"/>
    <w:rsid w:val="00034616"/>
    <w:rsid w:val="0006063C"/>
    <w:rsid w:val="0015074B"/>
    <w:rsid w:val="00200236"/>
    <w:rsid w:val="0029639D"/>
    <w:rsid w:val="00326F90"/>
    <w:rsid w:val="00343BBA"/>
    <w:rsid w:val="00377113"/>
    <w:rsid w:val="00394917"/>
    <w:rsid w:val="004D50AF"/>
    <w:rsid w:val="006C103E"/>
    <w:rsid w:val="00863832"/>
    <w:rsid w:val="00AA1D8D"/>
    <w:rsid w:val="00B47730"/>
    <w:rsid w:val="00CB0664"/>
    <w:rsid w:val="00C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4</cp:revision>
  <dcterms:created xsi:type="dcterms:W3CDTF">2013-12-23T23:15:00Z</dcterms:created>
  <dcterms:modified xsi:type="dcterms:W3CDTF">2026-08-27T12:14:00Z</dcterms:modified>
  <cp:category/>
</cp:coreProperties>
</file>