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3" w:type="dxa"/>
        <w:tblLook w:val="04A0" w:firstRow="1" w:lastRow="0" w:firstColumn="1" w:lastColumn="0" w:noHBand="0" w:noVBand="1"/>
      </w:tblPr>
      <w:tblGrid>
        <w:gridCol w:w="1630"/>
        <w:gridCol w:w="2308"/>
        <w:gridCol w:w="2267"/>
        <w:gridCol w:w="3438"/>
      </w:tblGrid>
      <w:tr w:rsidR="008660BE" w14:paraId="4F9E3008" w14:textId="77777777" w:rsidTr="008660BE">
        <w:trPr>
          <w:trHeight w:val="414"/>
        </w:trPr>
        <w:tc>
          <w:tcPr>
            <w:tcW w:w="1630" w:type="dxa"/>
            <w:vMerge w:val="restart"/>
          </w:tcPr>
          <w:p w14:paraId="7463D5C6" w14:textId="77777777" w:rsidR="008660BE" w:rsidRDefault="008660BE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4CC1E6D5" wp14:editId="45C159D0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2" w:type="dxa"/>
            <w:gridSpan w:val="3"/>
          </w:tcPr>
          <w:p w14:paraId="350D05A4" w14:textId="77777777" w:rsidR="008660BE" w:rsidRDefault="008660BE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8660BE" w14:paraId="01FCE4C4" w14:textId="77777777" w:rsidTr="008660BE">
        <w:trPr>
          <w:trHeight w:val="217"/>
        </w:trPr>
        <w:tc>
          <w:tcPr>
            <w:tcW w:w="1630" w:type="dxa"/>
            <w:vMerge/>
          </w:tcPr>
          <w:p w14:paraId="02A57961" w14:textId="77777777" w:rsidR="008660BE" w:rsidRDefault="008660BE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12" w:type="dxa"/>
            <w:gridSpan w:val="3"/>
          </w:tcPr>
          <w:p w14:paraId="212E22E1" w14:textId="77777777" w:rsidR="008660BE" w:rsidRPr="000F4882" w:rsidRDefault="008660BE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8660BE" w14:paraId="3798662C" w14:textId="77777777" w:rsidTr="008660BE">
        <w:trPr>
          <w:trHeight w:val="217"/>
        </w:trPr>
        <w:tc>
          <w:tcPr>
            <w:tcW w:w="1630" w:type="dxa"/>
            <w:vMerge/>
          </w:tcPr>
          <w:p w14:paraId="5DE0E135" w14:textId="77777777" w:rsidR="008660BE" w:rsidRDefault="008660BE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8" w:type="dxa"/>
          </w:tcPr>
          <w:p w14:paraId="172C9C54" w14:textId="77777777" w:rsidR="008660BE" w:rsidRPr="000F4882" w:rsidRDefault="008660BE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703" w:type="dxa"/>
            <w:gridSpan w:val="2"/>
          </w:tcPr>
          <w:p w14:paraId="2576067A" w14:textId="77777777" w:rsidR="008660BE" w:rsidRPr="000F4882" w:rsidRDefault="008660BE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BE3467F" w14:textId="77777777" w:rsidR="008660BE" w:rsidRPr="000F4882" w:rsidRDefault="008660BE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19143741" w14:textId="77777777" w:rsidR="008660BE" w:rsidRPr="000F4882" w:rsidRDefault="008660BE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8660BE" w14:paraId="78AC9AB2" w14:textId="77777777" w:rsidTr="008660BE">
        <w:trPr>
          <w:trHeight w:val="438"/>
        </w:trPr>
        <w:tc>
          <w:tcPr>
            <w:tcW w:w="1630" w:type="dxa"/>
            <w:vMerge/>
          </w:tcPr>
          <w:p w14:paraId="6C946A3E" w14:textId="77777777" w:rsidR="008660BE" w:rsidRDefault="008660BE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75" w:type="dxa"/>
            <w:gridSpan w:val="2"/>
          </w:tcPr>
          <w:p w14:paraId="14BCB893" w14:textId="77777777" w:rsidR="008660BE" w:rsidRDefault="008660BE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701902F" w14:textId="77777777" w:rsidR="008660BE" w:rsidRPr="000F4882" w:rsidRDefault="008660BE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436" w:type="dxa"/>
          </w:tcPr>
          <w:p w14:paraId="02051812" w14:textId="77777777" w:rsidR="008660BE" w:rsidRDefault="008660BE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18791879" w14:textId="77777777" w:rsidR="008660BE" w:rsidRPr="000F4882" w:rsidRDefault="008660BE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8660BE" w14:paraId="6CAD3B1E" w14:textId="77777777" w:rsidTr="008660BE">
        <w:trPr>
          <w:trHeight w:val="173"/>
        </w:trPr>
        <w:tc>
          <w:tcPr>
            <w:tcW w:w="9643" w:type="dxa"/>
            <w:gridSpan w:val="4"/>
          </w:tcPr>
          <w:p w14:paraId="10B78D1D" w14:textId="77777777" w:rsidR="008660BE" w:rsidRDefault="008660BE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72E6D1D1" w14:textId="77777777" w:rsidR="001E1635" w:rsidRPr="006257CA" w:rsidRDefault="001E1635">
      <w:pPr>
        <w:spacing w:line="168" w:lineRule="auto"/>
        <w:rPr>
          <w:lang w:val="fr-FR"/>
        </w:rPr>
      </w:pPr>
    </w:p>
    <w:p w14:paraId="1DD2FBAB" w14:textId="6A747212" w:rsidR="001E1635" w:rsidRPr="00A37FAC" w:rsidRDefault="00000000" w:rsidP="006257CA">
      <w:pPr>
        <w:spacing w:before="140" w:after="40"/>
        <w:jc w:val="center"/>
        <w:rPr>
          <w:sz w:val="28"/>
          <w:szCs w:val="28"/>
        </w:rPr>
      </w:pPr>
      <w:r w:rsidRPr="00A37FAC">
        <w:rPr>
          <w:b/>
          <w:sz w:val="28"/>
          <w:szCs w:val="28"/>
        </w:rPr>
        <w:t>CERERE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r w:rsidRPr="006257C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670D99B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6257C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sector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258CF99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6257C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6257CA">
              <w:rPr>
                <w:lang w:val="fr-FR"/>
              </w:rPr>
              <w:t>Cererea</w:t>
            </w:r>
            <w:proofErr w:type="spellEnd"/>
            <w:r w:rsidRPr="006257CA">
              <w:rPr>
                <w:lang w:val="fr-FR"/>
              </w:rPr>
              <w:t xml:space="preserve"> va fi </w:t>
            </w:r>
            <w:proofErr w:type="spellStart"/>
            <w:r w:rsidRPr="006257CA">
              <w:rPr>
                <w:lang w:val="fr-FR"/>
              </w:rPr>
              <w:t>transmisă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către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președintele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consiliului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județean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general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de </w:t>
            </w:r>
            <w:proofErr w:type="spellStart"/>
            <w:r w:rsidRPr="006257CA">
              <w:rPr>
                <w:lang w:val="fr-FR"/>
              </w:rPr>
              <w:t>sector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sau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municipiului</w:t>
            </w:r>
            <w:proofErr w:type="spellEnd"/>
            <w:r w:rsidRPr="006257CA">
              <w:rPr>
                <w:lang w:val="fr-FR"/>
              </w:rPr>
              <w:t xml:space="preserve"> / </w:t>
            </w:r>
            <w:proofErr w:type="spellStart"/>
            <w:r w:rsidRPr="006257CA">
              <w:rPr>
                <w:lang w:val="fr-FR"/>
              </w:rPr>
              <w:t>orașului</w:t>
            </w:r>
            <w:proofErr w:type="spellEnd"/>
            <w:r w:rsidRPr="006257CA">
              <w:rPr>
                <w:lang w:val="fr-FR"/>
              </w:rPr>
              <w:t xml:space="preserve"> / </w:t>
            </w:r>
            <w:proofErr w:type="spellStart"/>
            <w:r w:rsidRPr="006257CA">
              <w:rPr>
                <w:lang w:val="fr-FR"/>
              </w:rPr>
              <w:t>comunei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după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caz</w:t>
            </w:r>
            <w:proofErr w:type="spellEnd"/>
            <w:r w:rsidRPr="006257CA">
              <w:rPr>
                <w:lang w:val="fr-FR"/>
              </w:rPr>
              <w:t>.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titular</w:t>
            </w:r>
            <w:proofErr w:type="spellEnd"/>
            <w:r w:rsidRPr="006257CA">
              <w:rPr>
                <w:sz w:val="16"/>
                <w:lang w:val="fr-FR"/>
              </w:rPr>
              <w:t xml:space="preserve"> al </w:t>
            </w:r>
            <w:proofErr w:type="spellStart"/>
            <w:r w:rsidRPr="006257CA">
              <w:rPr>
                <w:sz w:val="16"/>
                <w:lang w:val="fr-FR"/>
              </w:rPr>
              <w:t>dreptului</w:t>
            </w:r>
            <w:proofErr w:type="spellEnd"/>
            <w:r w:rsidRPr="006257CA">
              <w:rPr>
                <w:sz w:val="16"/>
                <w:lang w:val="fr-FR"/>
              </w:rPr>
              <w:t xml:space="preserve"> de </w:t>
            </w:r>
            <w:proofErr w:type="spellStart"/>
            <w:r w:rsidRPr="006257CA">
              <w:rPr>
                <w:sz w:val="16"/>
                <w:lang w:val="fr-FR"/>
              </w:rPr>
              <w:t>proprietate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împuternicit</w:t>
            </w:r>
            <w:proofErr w:type="spellEnd"/>
            <w:r w:rsidRPr="006257CA">
              <w:rPr>
                <w:sz w:val="16"/>
                <w:lang w:val="fr-FR"/>
              </w:rPr>
              <w:t xml:space="preserve"> al </w:t>
            </w:r>
            <w:proofErr w:type="spellStart"/>
            <w:r w:rsidRPr="006257C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6257CA">
        <w:rPr>
          <w:sz w:val="18"/>
          <w:lang w:val="fr-FR"/>
        </w:rPr>
        <w:t>în</w:t>
      </w:r>
      <w:proofErr w:type="spellEnd"/>
      <w:proofErr w:type="gram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conformitate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cu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prevederile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Legii</w:t>
      </w:r>
      <w:proofErr w:type="spellEnd"/>
      <w:r w:rsidRPr="006257CA">
        <w:rPr>
          <w:sz w:val="18"/>
          <w:lang w:val="fr-FR"/>
        </w:rPr>
        <w:t xml:space="preserve"> nr. 169/2026 </w:t>
      </w:r>
      <w:proofErr w:type="spellStart"/>
      <w:r w:rsidRPr="006257CA">
        <w:rPr>
          <w:sz w:val="18"/>
          <w:lang w:val="fr-FR"/>
        </w:rPr>
        <w:t>privind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Codul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amenajării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teritoriului</w:t>
      </w:r>
      <w:proofErr w:type="spellEnd"/>
      <w:r w:rsidRPr="006257CA">
        <w:rPr>
          <w:sz w:val="18"/>
          <w:lang w:val="fr-FR"/>
        </w:rPr>
        <w:t xml:space="preserve">, </w:t>
      </w:r>
      <w:proofErr w:type="spellStart"/>
      <w:r w:rsidRPr="006257CA">
        <w:rPr>
          <w:sz w:val="18"/>
          <w:lang w:val="fr-FR"/>
        </w:rPr>
        <w:t>urbanismului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și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construcțiilor</w:t>
      </w:r>
      <w:proofErr w:type="spellEnd"/>
      <w:r w:rsidRPr="006257CA">
        <w:rPr>
          <w:sz w:val="18"/>
          <w:lang w:val="fr-FR"/>
        </w:rPr>
        <w:t>,</w:t>
      </w:r>
    </w:p>
    <w:p w14:paraId="25ED7088" w14:textId="77777777" w:rsidR="001E1635" w:rsidRPr="006257CA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6257CA">
        <w:rPr>
          <w:sz w:val="18"/>
          <w:lang w:val="fr-FR"/>
        </w:rPr>
        <w:t>solicit</w:t>
      </w:r>
      <w:proofErr w:type="spellEnd"/>
      <w:proofErr w:type="gram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emiterea</w:t>
      </w:r>
      <w:proofErr w:type="spellEnd"/>
    </w:p>
    <w:p w14:paraId="2102D1EC" w14:textId="77777777" w:rsidR="001E1635" w:rsidRPr="006257CA" w:rsidRDefault="00000000">
      <w:pPr>
        <w:spacing w:after="160"/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000000">
      <w:pPr>
        <w:spacing w:after="160"/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proofErr w:type="gramStart"/>
            <w:r w:rsidRPr="006257CA">
              <w:rPr>
                <w:b/>
                <w:bCs/>
                <w:sz w:val="18"/>
                <w:szCs w:val="18"/>
              </w:rPr>
              <w:t>ÎN  VEDEREA</w:t>
            </w:r>
            <w:proofErr w:type="gramEnd"/>
            <w:r w:rsidRPr="006257CA">
              <w:rPr>
                <w:b/>
                <w:bCs/>
                <w:sz w:val="18"/>
                <w:szCs w:val="18"/>
              </w:rPr>
              <w:t xml:space="preserve"> REALIZĂRII OPERAȚIUNII </w:t>
            </w:r>
            <w:proofErr w:type="gramStart"/>
            <w:r w:rsidRPr="006257CA">
              <w:rPr>
                <w:b/>
                <w:bCs/>
                <w:sz w:val="18"/>
                <w:szCs w:val="18"/>
              </w:rPr>
              <w:t>CADATRALE :</w:t>
            </w:r>
            <w:proofErr w:type="gramEnd"/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comasare</w:t>
            </w:r>
            <w:proofErr w:type="spellEnd"/>
            <w:r w:rsidRPr="000F0E2F">
              <w:rPr>
                <w:lang w:val="fr-FR"/>
              </w:rPr>
              <w:t xml:space="preserve"> (</w:t>
            </w:r>
            <w:proofErr w:type="spellStart"/>
            <w:proofErr w:type="gramStart"/>
            <w:r w:rsidRPr="000F0E2F">
              <w:rPr>
                <w:lang w:val="fr-FR"/>
              </w:rPr>
              <w:t>alipire</w:t>
            </w:r>
            <w:proofErr w:type="spellEnd"/>
            <w:r w:rsidRPr="000F0E2F">
              <w:rPr>
                <w:lang w:val="fr-FR"/>
              </w:rPr>
              <w:t xml:space="preserve">)   </w:t>
            </w:r>
            <w:proofErr w:type="gramEnd"/>
            <w:r w:rsidRPr="000F0E2F">
              <w:rPr>
                <w:lang w:val="fr-FR"/>
              </w:rPr>
              <w:t xml:space="preserve">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dezmembrare</w:t>
            </w:r>
            <w:proofErr w:type="spellEnd"/>
            <w:r w:rsidRPr="000F0E2F">
              <w:rPr>
                <w:lang w:val="fr-FR"/>
              </w:rPr>
              <w:t xml:space="preserve"> (</w:t>
            </w:r>
            <w:proofErr w:type="spellStart"/>
            <w:proofErr w:type="gramStart"/>
            <w:r w:rsidRPr="000F0E2F">
              <w:rPr>
                <w:lang w:val="fr-FR"/>
              </w:rPr>
              <w:t>dezlipire</w:t>
            </w:r>
            <w:proofErr w:type="spellEnd"/>
            <w:r w:rsidRPr="000F0E2F">
              <w:rPr>
                <w:lang w:val="fr-FR"/>
              </w:rPr>
              <w:t xml:space="preserve">)   </w:t>
            </w:r>
            <w:proofErr w:type="gramEnd"/>
            <w:r w:rsidRPr="000F0E2F">
              <w:rPr>
                <w:lang w:val="fr-FR"/>
              </w:rPr>
              <w:t xml:space="preserve">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unor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trecere</w:t>
            </w:r>
            <w:proofErr w:type="spellEnd"/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ieri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imobile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cartea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funciar</w:t>
            </w:r>
            <w:r w:rsidRPr="000F0E2F">
              <w:rPr>
                <w:rFonts w:cs="Times New Roman"/>
                <w:lang w:val="fr-FR"/>
              </w:rPr>
              <w:t>ă</w:t>
            </w:r>
            <w:proofErr w:type="spellEnd"/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ieri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imobile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cartea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funciar</w:t>
            </w:r>
            <w:r w:rsidRPr="000F0E2F">
              <w:rPr>
                <w:rFonts w:cs="Times New Roman"/>
                <w:lang w:val="fr-FR"/>
              </w:rPr>
              <w:t>ă</w:t>
            </w:r>
            <w:proofErr w:type="spellEnd"/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proofErr w:type="spellStart"/>
            <w:r>
              <w:rPr>
                <w:sz w:val="16"/>
                <w:lang w:val="fr-FR"/>
              </w:rPr>
              <w:t>Descrierea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operațiunii</w:t>
            </w:r>
            <w:proofErr w:type="spellEnd"/>
            <w:r>
              <w:rPr>
                <w:sz w:val="16"/>
                <w:lang w:val="fr-FR"/>
              </w:rPr>
              <w:t xml:space="preserve"> cadastrale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>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r w:rsidRPr="006257CA">
              <w:rPr>
                <w:b/>
                <w:color w:val="0D5F78"/>
                <w:lang w:val="fr-FR"/>
              </w:rPr>
              <w:t>Număr</w:t>
            </w:r>
            <w:proofErr w:type="spellEnd"/>
            <w:r w:rsidRPr="006257CA">
              <w:rPr>
                <w:b/>
                <w:color w:val="0D5F78"/>
                <w:lang w:val="fr-FR"/>
              </w:rPr>
              <w:t xml:space="preserve"> cadastral</w:t>
            </w:r>
          </w:p>
          <w:p w14:paraId="3FC4B016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6257C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în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000000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documentația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cadastrală</w:t>
            </w:r>
            <w:proofErr w:type="spellEnd"/>
            <w:r w:rsidRPr="006257CA">
              <w:rPr>
                <w:sz w:val="16"/>
                <w:lang w:val="fr-FR"/>
              </w:rPr>
              <w:t xml:space="preserve">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 xml:space="preserve">plan </w:t>
            </w:r>
            <w:proofErr w:type="spellStart"/>
            <w:r w:rsidR="006257CA" w:rsidRPr="006257CA">
              <w:rPr>
                <w:sz w:val="16"/>
                <w:lang w:val="fr-FR"/>
              </w:rPr>
              <w:t>cu</w:t>
            </w:r>
            <w:proofErr w:type="spellEnd"/>
            <w:r w:rsidR="006257CA" w:rsidRPr="006257CA">
              <w:rPr>
                <w:sz w:val="16"/>
                <w:lang w:val="fr-FR"/>
              </w:rPr>
              <w:t xml:space="preserve"> o </w:t>
            </w:r>
            <w:proofErr w:type="spellStart"/>
            <w:r w:rsidR="006257CA" w:rsidRPr="006257CA">
              <w:rPr>
                <w:sz w:val="16"/>
                <w:lang w:val="fr-FR"/>
              </w:rPr>
              <w:t>propunere</w:t>
            </w:r>
            <w:proofErr w:type="spellEnd"/>
            <w:r w:rsidR="006257CA" w:rsidRPr="006257CA">
              <w:rPr>
                <w:sz w:val="16"/>
                <w:lang w:val="fr-FR"/>
              </w:rPr>
              <w:t xml:space="preserve"> de </w:t>
            </w:r>
            <w:proofErr w:type="spellStart"/>
            <w:r w:rsidR="006257CA" w:rsidRPr="006257CA">
              <w:rPr>
                <w:sz w:val="16"/>
                <w:lang w:val="fr-FR"/>
              </w:rPr>
              <w:t>comasare</w:t>
            </w:r>
            <w:proofErr w:type="spellEnd"/>
            <w:r w:rsidR="006257CA" w:rsidRPr="006257CA">
              <w:rPr>
                <w:sz w:val="16"/>
                <w:lang w:val="fr-FR"/>
              </w:rPr>
              <w:t>/</w:t>
            </w:r>
            <w:proofErr w:type="spellStart"/>
            <w:r w:rsidR="006257CA" w:rsidRPr="006257CA">
              <w:rPr>
                <w:sz w:val="16"/>
                <w:lang w:val="fr-FR"/>
              </w:rPr>
              <w:t>dezmembrare</w:t>
            </w:r>
            <w:proofErr w:type="spellEnd"/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 xml:space="preserve">☐ extras de carte </w:t>
            </w:r>
            <w:proofErr w:type="spellStart"/>
            <w:r w:rsidRPr="006257CA">
              <w:rPr>
                <w:sz w:val="16"/>
                <w:lang w:val="fr-FR"/>
              </w:rPr>
              <w:t>funciară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actualizat</w:t>
            </w:r>
            <w:proofErr w:type="spellEnd"/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 xml:space="preserve">☐ plan de </w:t>
            </w:r>
            <w:proofErr w:type="spellStart"/>
            <w:r w:rsidRPr="006257CA">
              <w:rPr>
                <w:sz w:val="16"/>
                <w:lang w:val="fr-FR"/>
              </w:rPr>
              <w:t>încadrare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zonă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sistem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Stereo</w:t>
            </w:r>
            <w:proofErr w:type="spellEnd"/>
            <w:r w:rsidRPr="006257CA">
              <w:rPr>
                <w:sz w:val="16"/>
                <w:lang w:val="fr-FR"/>
              </w:rPr>
              <w:t xml:space="preserve">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împuternicirea</w:t>
            </w:r>
            <w:proofErr w:type="spellEnd"/>
            <w:r w:rsidRPr="006257CA">
              <w:rPr>
                <w:sz w:val="16"/>
                <w:lang w:val="fr-FR"/>
              </w:rPr>
              <w:t xml:space="preserve">, </w:t>
            </w:r>
            <w:proofErr w:type="spellStart"/>
            <w:r w:rsidRPr="006257CA">
              <w:rPr>
                <w:sz w:val="16"/>
                <w:lang w:val="fr-FR"/>
              </w:rPr>
              <w:t>dacă</w:t>
            </w:r>
            <w:proofErr w:type="spellEnd"/>
            <w:r w:rsidRPr="006257CA">
              <w:rPr>
                <w:sz w:val="16"/>
                <w:lang w:val="fr-FR"/>
              </w:rPr>
              <w:t xml:space="preserve"> este </w:t>
            </w:r>
            <w:proofErr w:type="spellStart"/>
            <w:r w:rsidRPr="006257CA">
              <w:rPr>
                <w:sz w:val="16"/>
                <w:lang w:val="fr-FR"/>
              </w:rPr>
              <w:t>cazul</w:t>
            </w:r>
            <w:proofErr w:type="spellEnd"/>
            <w:r w:rsidRPr="006257CA">
              <w:rPr>
                <w:sz w:val="16"/>
                <w:lang w:val="fr-FR"/>
              </w:rPr>
              <w:t xml:space="preserve">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format </w:t>
            </w:r>
            <w:proofErr w:type="spellStart"/>
            <w:r w:rsidRPr="006257CA">
              <w:rPr>
                <w:sz w:val="16"/>
                <w:lang w:val="fr-FR"/>
              </w:rPr>
              <w:t>scris</w:t>
            </w:r>
            <w:proofErr w:type="spellEnd"/>
            <w:r w:rsidRPr="006257CA">
              <w:rPr>
                <w:sz w:val="16"/>
                <w:lang w:val="fr-FR"/>
              </w:rPr>
              <w:t xml:space="preserve">, prin </w:t>
            </w:r>
            <w:proofErr w:type="spellStart"/>
            <w:r w:rsidRPr="006257CA">
              <w:rPr>
                <w:sz w:val="16"/>
                <w:lang w:val="fr-FR"/>
              </w:rPr>
              <w:t>poștă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6257CA">
              <w:rPr>
                <w:sz w:val="16"/>
                <w:lang w:val="fr-FR"/>
              </w:rPr>
              <w:t>adresa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gramStart"/>
            <w:r w:rsidRPr="006257CA">
              <w:rPr>
                <w:sz w:val="16"/>
                <w:lang w:val="fr-FR"/>
              </w:rPr>
              <w:t>de e-mail</w:t>
            </w:r>
            <w:proofErr w:type="gram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indicată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ridicare</w:t>
            </w:r>
            <w:proofErr w:type="spellEnd"/>
            <w:r w:rsidRPr="006257CA">
              <w:rPr>
                <w:sz w:val="16"/>
                <w:lang w:val="fr-FR"/>
              </w:rPr>
              <w:t xml:space="preserve"> de la </w:t>
            </w:r>
            <w:proofErr w:type="spellStart"/>
            <w:r w:rsidRPr="006257CA">
              <w:rPr>
                <w:sz w:val="16"/>
                <w:lang w:val="fr-FR"/>
              </w:rPr>
              <w:t>sediul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335F2CDC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000000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000000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000000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>
      <w:pPr>
        <w:spacing w:line="168" w:lineRule="auto"/>
      </w:pPr>
    </w:p>
    <w:sectPr w:rsidR="001E1635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73E1" w14:textId="77777777" w:rsidR="00A675BE" w:rsidRDefault="00A675BE">
      <w:r>
        <w:separator/>
      </w:r>
    </w:p>
  </w:endnote>
  <w:endnote w:type="continuationSeparator" w:id="0">
    <w:p w14:paraId="70273F20" w14:textId="77777777" w:rsidR="00A675BE" w:rsidRDefault="00A6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E5FA" w14:textId="77777777" w:rsidR="001E1635" w:rsidRDefault="00000000">
    <w:pPr>
      <w:pStyle w:val="Footer"/>
      <w:tabs>
        <w:tab w:val="right" w:pos="9639"/>
      </w:tabs>
    </w:pPr>
    <w:r>
      <w:rPr>
        <w:color w:val="595959"/>
      </w:rPr>
      <w:t xml:space="preserve">F_CU_02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57C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57C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031C8" w14:textId="77777777" w:rsidR="00A675BE" w:rsidRDefault="00A675BE">
      <w:r>
        <w:separator/>
      </w:r>
    </w:p>
  </w:footnote>
  <w:footnote w:type="continuationSeparator" w:id="0">
    <w:p w14:paraId="287FAF6F" w14:textId="77777777" w:rsidR="00A675BE" w:rsidRDefault="00A67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72230">
    <w:abstractNumId w:val="8"/>
  </w:num>
  <w:num w:numId="2" w16cid:durableId="667757946">
    <w:abstractNumId w:val="6"/>
  </w:num>
  <w:num w:numId="3" w16cid:durableId="509612429">
    <w:abstractNumId w:val="5"/>
  </w:num>
  <w:num w:numId="4" w16cid:durableId="2008286866">
    <w:abstractNumId w:val="4"/>
  </w:num>
  <w:num w:numId="5" w16cid:durableId="791560319">
    <w:abstractNumId w:val="7"/>
  </w:num>
  <w:num w:numId="6" w16cid:durableId="190805796">
    <w:abstractNumId w:val="3"/>
  </w:num>
  <w:num w:numId="7" w16cid:durableId="397367673">
    <w:abstractNumId w:val="2"/>
  </w:num>
  <w:num w:numId="8" w16cid:durableId="377894382">
    <w:abstractNumId w:val="1"/>
  </w:num>
  <w:num w:numId="9" w16cid:durableId="169607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1635"/>
    <w:rsid w:val="0029639D"/>
    <w:rsid w:val="00326F90"/>
    <w:rsid w:val="004D50AF"/>
    <w:rsid w:val="006257CA"/>
    <w:rsid w:val="006C103E"/>
    <w:rsid w:val="008660BE"/>
    <w:rsid w:val="009D782F"/>
    <w:rsid w:val="00A37FAC"/>
    <w:rsid w:val="00A675BE"/>
    <w:rsid w:val="00AA1D8D"/>
    <w:rsid w:val="00AC5F9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4</cp:revision>
  <dcterms:created xsi:type="dcterms:W3CDTF">2013-12-23T23:15:00Z</dcterms:created>
  <dcterms:modified xsi:type="dcterms:W3CDTF">2026-08-27T12:13:00Z</dcterms:modified>
  <cp:category/>
</cp:coreProperties>
</file>