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18"/>
        <w:tblW w:w="0" w:type="auto"/>
        <w:tblLook w:val="04A0" w:firstRow="1" w:lastRow="0" w:firstColumn="1" w:lastColumn="0" w:noHBand="0" w:noVBand="1"/>
      </w:tblPr>
      <w:tblGrid>
        <w:gridCol w:w="1771"/>
        <w:gridCol w:w="2359"/>
        <w:gridCol w:w="3110"/>
        <w:gridCol w:w="2414"/>
      </w:tblGrid>
      <w:tr w:rsidR="00FF392F" w14:paraId="12E43CDB" w14:textId="77777777" w:rsidTr="00FF392F">
        <w:trPr>
          <w:trHeight w:val="280"/>
        </w:trPr>
        <w:tc>
          <w:tcPr>
            <w:tcW w:w="1771" w:type="dxa"/>
            <w:vMerge w:val="restart"/>
          </w:tcPr>
          <w:p w14:paraId="2DF89A34" w14:textId="77777777" w:rsidR="00FF392F" w:rsidRPr="00F11185" w:rsidRDefault="00FF392F" w:rsidP="00756960">
            <w:pPr>
              <w:spacing w:before="140" w:after="40"/>
              <w:jc w:val="center"/>
              <w:rPr>
                <w:b/>
                <w:sz w:val="20"/>
                <w:szCs w:val="20"/>
              </w:rPr>
            </w:pPr>
            <w:r w:rsidRPr="00F11185">
              <w:rPr>
                <w:rFonts w:eastAsia="Calibri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 wp14:anchorId="0AC786E7" wp14:editId="238F0B76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141506</wp:posOffset>
                  </wp:positionV>
                  <wp:extent cx="623454" cy="1032681"/>
                  <wp:effectExtent l="0" t="0" r="5715" b="0"/>
                  <wp:wrapNone/>
                  <wp:docPr id="18271398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454" cy="103268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69" w:type="dxa"/>
            <w:gridSpan w:val="2"/>
          </w:tcPr>
          <w:p w14:paraId="354093E2" w14:textId="77777777" w:rsidR="00FF392F" w:rsidRPr="00F11185" w:rsidRDefault="00FF392F" w:rsidP="00756960">
            <w:pPr>
              <w:spacing w:before="140" w:after="40"/>
              <w:jc w:val="center"/>
              <w:rPr>
                <w:b/>
                <w:sz w:val="20"/>
                <w:szCs w:val="20"/>
              </w:rPr>
            </w:pPr>
            <w:r w:rsidRPr="00F11185">
              <w:rPr>
                <w:b/>
                <w:sz w:val="20"/>
                <w:szCs w:val="20"/>
              </w:rPr>
              <w:t>BUCUREȘTI</w:t>
            </w:r>
          </w:p>
        </w:tc>
        <w:tc>
          <w:tcPr>
            <w:tcW w:w="2414" w:type="dxa"/>
            <w:vMerge w:val="restart"/>
          </w:tcPr>
          <w:p w14:paraId="09761A86" w14:textId="77777777" w:rsidR="00FF392F" w:rsidRDefault="00FF392F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1B7628B" wp14:editId="334C3C93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23585</wp:posOffset>
                  </wp:positionV>
                  <wp:extent cx="912313" cy="662627"/>
                  <wp:effectExtent l="0" t="0" r="2540" b="4445"/>
                  <wp:wrapNone/>
                  <wp:docPr id="336809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313" cy="6626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392F" w14:paraId="67AC2AA3" w14:textId="77777777" w:rsidTr="00FF392F">
        <w:trPr>
          <w:trHeight w:val="688"/>
        </w:trPr>
        <w:tc>
          <w:tcPr>
            <w:tcW w:w="1771" w:type="dxa"/>
            <w:vMerge/>
          </w:tcPr>
          <w:p w14:paraId="58FF5D8C" w14:textId="77777777" w:rsidR="00FF392F" w:rsidRDefault="00FF392F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9" w:type="dxa"/>
            <w:gridSpan w:val="2"/>
          </w:tcPr>
          <w:p w14:paraId="57B4A258" w14:textId="77777777" w:rsidR="00FF392F" w:rsidRPr="00F11185" w:rsidRDefault="00FF392F" w:rsidP="00756960">
            <w:pPr>
              <w:keepNext/>
              <w:spacing w:before="24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E66FD">
              <w:rPr>
                <w:b/>
                <w:color w:val="000000" w:themeColor="text1"/>
                <w:sz w:val="16"/>
                <w:szCs w:val="16"/>
              </w:rPr>
              <w:t>PRIMĂRIA SECTORULUI 4 AL MUNICIPIULUI BUCUREȘTI</w:t>
            </w:r>
          </w:p>
        </w:tc>
        <w:tc>
          <w:tcPr>
            <w:tcW w:w="2414" w:type="dxa"/>
            <w:vMerge/>
          </w:tcPr>
          <w:p w14:paraId="47C4E5AE" w14:textId="77777777" w:rsidR="00FF392F" w:rsidRDefault="00FF392F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</w:tr>
      <w:tr w:rsidR="00FF392F" w14:paraId="626BA176" w14:textId="77777777" w:rsidTr="00FF392F">
        <w:trPr>
          <w:trHeight w:val="717"/>
        </w:trPr>
        <w:tc>
          <w:tcPr>
            <w:tcW w:w="1771" w:type="dxa"/>
            <w:vMerge/>
          </w:tcPr>
          <w:p w14:paraId="52EC94AB" w14:textId="77777777" w:rsidR="00FF392F" w:rsidRDefault="00FF392F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9" w:type="dxa"/>
          </w:tcPr>
          <w:p w14:paraId="59103BB6" w14:textId="77777777" w:rsidR="00FF392F" w:rsidRPr="00FE66FD" w:rsidRDefault="00FF392F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 RO 4316422</w:t>
            </w:r>
          </w:p>
        </w:tc>
        <w:tc>
          <w:tcPr>
            <w:tcW w:w="5524" w:type="dxa"/>
            <w:gridSpan w:val="2"/>
          </w:tcPr>
          <w:p w14:paraId="5ECF9BEB" w14:textId="77777777" w:rsidR="00FF392F" w:rsidRPr="00FE66FD" w:rsidRDefault="00FF392F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</w:t>
            </w:r>
            <w:r w:rsidRPr="007209F7">
              <w:rPr>
                <w:rFonts w:cs="Times New Roman"/>
                <w:bCs/>
                <w:sz w:val="18"/>
                <w:szCs w:val="18"/>
                <w:lang w:val="ro-RO"/>
              </w:rPr>
              <w:t>Bd. George Coşbuc nr. 6-16, sector 4, Bucureşti</w:t>
            </w:r>
            <w:r w:rsidRPr="007209F7">
              <w:rPr>
                <w:sz w:val="18"/>
                <w:szCs w:val="18"/>
              </w:rPr>
              <w:t xml:space="preserve"> </w:t>
            </w:r>
          </w:p>
          <w:p w14:paraId="5D9D684D" w14:textId="77777777" w:rsidR="00FF392F" w:rsidRDefault="00FF392F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sz w:val="18"/>
                <w:szCs w:val="18"/>
              </w:rPr>
              <w:t xml:space="preserve">            Tel: </w:t>
            </w:r>
            <w:r w:rsidRPr="007209F7">
              <w:rPr>
                <w:rFonts w:cs="Times New Roman"/>
                <w:sz w:val="16"/>
                <w:szCs w:val="16"/>
                <w:lang w:val="es-ES"/>
              </w:rPr>
              <w:t>+40-21-335.92.</w:t>
            </w:r>
            <w:proofErr w:type="gramStart"/>
            <w:r w:rsidRPr="007209F7">
              <w:rPr>
                <w:rFonts w:cs="Times New Roman"/>
                <w:sz w:val="16"/>
                <w:szCs w:val="16"/>
                <w:lang w:val="es-ES"/>
              </w:rPr>
              <w:t>30  /</w:t>
            </w:r>
            <w:proofErr w:type="gramEnd"/>
            <w:r w:rsidRPr="007209F7">
              <w:rPr>
                <w:rFonts w:cs="Times New Roman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7209F7">
              <w:rPr>
                <w:rFonts w:cs="Times New Roman"/>
                <w:sz w:val="16"/>
                <w:szCs w:val="16"/>
                <w:lang w:val="es-ES"/>
              </w:rPr>
              <w:t>. :</w:t>
            </w:r>
            <w:proofErr w:type="gramEnd"/>
            <w:r w:rsidRPr="007209F7">
              <w:rPr>
                <w:rFonts w:cs="Times New Roman"/>
                <w:sz w:val="16"/>
                <w:szCs w:val="16"/>
                <w:lang w:val="es-ES"/>
              </w:rPr>
              <w:t xml:space="preserve"> +40-21-337.07.90</w:t>
            </w:r>
          </w:p>
          <w:p w14:paraId="7AB73B52" w14:textId="77777777" w:rsidR="00FF392F" w:rsidRPr="00FE66FD" w:rsidRDefault="00FF392F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sz w:val="16"/>
                <w:szCs w:val="16"/>
                <w:lang w:val="es-ES"/>
              </w:rPr>
              <w:t xml:space="preserve">              e-mail: contact@ps4.ro</w:t>
            </w:r>
          </w:p>
        </w:tc>
      </w:tr>
      <w:tr w:rsidR="00FF392F" w14:paraId="2278AE68" w14:textId="77777777" w:rsidTr="00FF392F">
        <w:trPr>
          <w:trHeight w:val="279"/>
        </w:trPr>
        <w:tc>
          <w:tcPr>
            <w:tcW w:w="1771" w:type="dxa"/>
            <w:vMerge/>
          </w:tcPr>
          <w:p w14:paraId="561E22A1" w14:textId="77777777" w:rsidR="00FF392F" w:rsidRDefault="00FF392F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69" w:type="dxa"/>
            <w:gridSpan w:val="2"/>
          </w:tcPr>
          <w:p w14:paraId="5D235081" w14:textId="77777777" w:rsidR="00FF392F" w:rsidRPr="00FE66FD" w:rsidRDefault="00FF392F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E66FD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FE66FD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FE66FD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 w:rsidRPr="00FE66FD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2414" w:type="dxa"/>
          </w:tcPr>
          <w:p w14:paraId="2ED452C9" w14:textId="77777777" w:rsidR="00FF392F" w:rsidRPr="00FE66FD" w:rsidRDefault="00FF392F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gramStart"/>
            <w:r w:rsidRPr="00FE66FD">
              <w:rPr>
                <w:b/>
                <w:color w:val="000000" w:themeColor="text1"/>
                <w:sz w:val="20"/>
                <w:szCs w:val="20"/>
              </w:rPr>
              <w:t>Data: .</w:t>
            </w:r>
            <w:r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E66FD">
              <w:rPr>
                <w:b/>
                <w:color w:val="000000" w:themeColor="text1"/>
                <w:sz w:val="20"/>
                <w:szCs w:val="20"/>
              </w:rPr>
              <w:t>…./</w:t>
            </w:r>
            <w:proofErr w:type="gramEnd"/>
            <w:r w:rsidRPr="00FE66FD">
              <w:rPr>
                <w:b/>
                <w:color w:val="000000" w:themeColor="text1"/>
                <w:sz w:val="20"/>
                <w:szCs w:val="20"/>
              </w:rPr>
              <w:t>…</w:t>
            </w:r>
            <w:proofErr w:type="gramStart"/>
            <w:r w:rsidRPr="00FE66FD">
              <w:rPr>
                <w:b/>
                <w:color w:val="000000" w:themeColor="text1"/>
                <w:sz w:val="20"/>
                <w:szCs w:val="20"/>
              </w:rPr>
              <w:t>…./</w:t>
            </w:r>
            <w:proofErr w:type="gramEnd"/>
            <w:r w:rsidRPr="00FE66FD">
              <w:rPr>
                <w:b/>
                <w:color w:val="000000" w:themeColor="text1"/>
                <w:sz w:val="20"/>
                <w:szCs w:val="20"/>
              </w:rPr>
              <w:t xml:space="preserve"> 2026</w:t>
            </w:r>
          </w:p>
        </w:tc>
      </w:tr>
    </w:tbl>
    <w:p w14:paraId="146F8102" w14:textId="77777777" w:rsidR="00486273" w:rsidRPr="009D75CC" w:rsidRDefault="00486273">
      <w:pPr>
        <w:spacing w:line="168" w:lineRule="auto"/>
        <w:rPr>
          <w:lang w:val="fr-FR"/>
        </w:rPr>
      </w:pPr>
    </w:p>
    <w:p w14:paraId="14B4EB5E" w14:textId="77777777" w:rsidR="00486273" w:rsidRDefault="00000000">
      <w:pPr>
        <w:spacing w:before="140" w:after="40"/>
        <w:jc w:val="center"/>
      </w:pPr>
      <w:r>
        <w:rPr>
          <w:b/>
          <w:sz w:val="34"/>
        </w:rPr>
        <w:t>CERERE</w:t>
      </w:r>
    </w:p>
    <w:p w14:paraId="7BB62D1E" w14:textId="77777777" w:rsidR="00486273" w:rsidRDefault="00000000">
      <w:pPr>
        <w:spacing w:after="120"/>
        <w:jc w:val="center"/>
      </w:pPr>
      <w:r>
        <w:rPr>
          <w:sz w:val="19"/>
        </w:rPr>
        <w:t>pentru emiterea avizului primarului</w:t>
      </w:r>
    </w:p>
    <w:p w14:paraId="16EDCC0A" w14:textId="77777777" w:rsidR="00486273" w:rsidRDefault="0048627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524192A2" w14:textId="77777777">
        <w:trPr>
          <w:cantSplit/>
        </w:trPr>
        <w:tc>
          <w:tcPr>
            <w:tcW w:w="9636" w:type="dxa"/>
            <w:shd w:val="clear" w:color="auto" w:fill="F4F4F4"/>
          </w:tcPr>
          <w:p w14:paraId="3BB96417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486273" w:rsidRPr="00191E62" w14:paraId="4EE3EFBB" w14:textId="77777777">
        <w:trPr>
          <w:cantSplit/>
          <w:trHeight w:val="510"/>
        </w:trPr>
        <w:tc>
          <w:tcPr>
            <w:tcW w:w="9636" w:type="dxa"/>
          </w:tcPr>
          <w:p w14:paraId="38A3273F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r w:rsidRPr="009D75CC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66255FEB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9D75CC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comunei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sector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42DDB7E0" w14:textId="77777777" w:rsidR="00486273" w:rsidRPr="009D75CC" w:rsidRDefault="00486273">
            <w:pPr>
              <w:keepNext/>
              <w:rPr>
                <w:lang w:val="fr-FR"/>
              </w:rPr>
            </w:pPr>
          </w:p>
        </w:tc>
      </w:tr>
      <w:tr w:rsidR="00486273" w:rsidRPr="00191E62" w14:paraId="12B2712D" w14:textId="77777777">
        <w:trPr>
          <w:cantSplit/>
        </w:trPr>
        <w:tc>
          <w:tcPr>
            <w:tcW w:w="9636" w:type="dxa"/>
            <w:shd w:val="clear" w:color="auto" w:fill="F4F4F4"/>
          </w:tcPr>
          <w:p w14:paraId="1970AD3B" w14:textId="051FEAE5" w:rsidR="00486273" w:rsidRPr="009D75CC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9D75CC">
              <w:rPr>
                <w:lang w:val="fr-FR"/>
              </w:rPr>
              <w:t>Cererea</w:t>
            </w:r>
            <w:proofErr w:type="spellEnd"/>
            <w:r w:rsidRPr="009D75CC">
              <w:rPr>
                <w:lang w:val="fr-FR"/>
              </w:rPr>
              <w:t xml:space="preserve"> va fi </w:t>
            </w:r>
            <w:proofErr w:type="spellStart"/>
            <w:r w:rsidRPr="009D75CC">
              <w:rPr>
                <w:lang w:val="fr-FR"/>
              </w:rPr>
              <w:t>transmisă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către</w:t>
            </w:r>
            <w:proofErr w:type="spellEnd"/>
            <w:r w:rsidR="00191E62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primarul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general</w:t>
            </w:r>
            <w:proofErr w:type="spellEnd"/>
            <w:r w:rsidRPr="009D75CC">
              <w:rPr>
                <w:lang w:val="fr-FR"/>
              </w:rPr>
              <w:t xml:space="preserve">, </w:t>
            </w:r>
            <w:proofErr w:type="spellStart"/>
            <w:r w:rsidRPr="009D75CC">
              <w:rPr>
                <w:lang w:val="fr-FR"/>
              </w:rPr>
              <w:t>primarul</w:t>
            </w:r>
            <w:proofErr w:type="spellEnd"/>
            <w:r w:rsidRPr="009D75CC">
              <w:rPr>
                <w:lang w:val="fr-FR"/>
              </w:rPr>
              <w:t xml:space="preserve"> de </w:t>
            </w:r>
            <w:proofErr w:type="spellStart"/>
            <w:r w:rsidRPr="009D75CC">
              <w:rPr>
                <w:lang w:val="fr-FR"/>
              </w:rPr>
              <w:t>sector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sau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primarul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municipiului</w:t>
            </w:r>
            <w:proofErr w:type="spellEnd"/>
            <w:r w:rsidRPr="009D75CC">
              <w:rPr>
                <w:lang w:val="fr-FR"/>
              </w:rPr>
              <w:t xml:space="preserve"> / </w:t>
            </w:r>
            <w:proofErr w:type="spellStart"/>
            <w:r w:rsidRPr="009D75CC">
              <w:rPr>
                <w:lang w:val="fr-FR"/>
              </w:rPr>
              <w:t>orașului</w:t>
            </w:r>
            <w:proofErr w:type="spellEnd"/>
            <w:r w:rsidRPr="009D75CC">
              <w:rPr>
                <w:lang w:val="fr-FR"/>
              </w:rPr>
              <w:t xml:space="preserve"> / </w:t>
            </w:r>
            <w:proofErr w:type="spellStart"/>
            <w:r w:rsidRPr="009D75CC">
              <w:rPr>
                <w:lang w:val="fr-FR"/>
              </w:rPr>
              <w:t>comunei</w:t>
            </w:r>
            <w:proofErr w:type="spellEnd"/>
            <w:r w:rsidRPr="009D75CC">
              <w:rPr>
                <w:lang w:val="fr-FR"/>
              </w:rPr>
              <w:t xml:space="preserve">, </w:t>
            </w:r>
            <w:proofErr w:type="spellStart"/>
            <w:r w:rsidRPr="009D75CC">
              <w:rPr>
                <w:lang w:val="fr-FR"/>
              </w:rPr>
              <w:t>după</w:t>
            </w:r>
            <w:proofErr w:type="spellEnd"/>
            <w:r w:rsidRPr="009D75CC">
              <w:rPr>
                <w:lang w:val="fr-FR"/>
              </w:rPr>
              <w:t xml:space="preserve"> </w:t>
            </w:r>
            <w:proofErr w:type="spellStart"/>
            <w:r w:rsidRPr="009D75CC">
              <w:rPr>
                <w:lang w:val="fr-FR"/>
              </w:rPr>
              <w:t>caz</w:t>
            </w:r>
            <w:proofErr w:type="spellEnd"/>
            <w:r w:rsidRPr="009D75CC">
              <w:rPr>
                <w:lang w:val="fr-FR"/>
              </w:rPr>
              <w:t>.</w:t>
            </w:r>
          </w:p>
        </w:tc>
      </w:tr>
    </w:tbl>
    <w:p w14:paraId="62AC7C6D" w14:textId="77777777" w:rsidR="00486273" w:rsidRPr="009D75CC" w:rsidRDefault="0048627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5621"/>
      </w:tblGrid>
      <w:tr w:rsidR="00486273" w14:paraId="1E85AB0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0E2E3A77" w14:textId="77777777" w:rsidR="00486273" w:rsidRDefault="00000000">
            <w:pPr>
              <w:keepNext/>
            </w:pPr>
            <w:r w:rsidRPr="009D75CC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 — INSTITUȚIA ARHITECTULUI-ȘEF</w:t>
            </w:r>
          </w:p>
        </w:tc>
      </w:tr>
      <w:tr w:rsidR="00486273" w14:paraId="7FC4142C" w14:textId="77777777">
        <w:trPr>
          <w:cantSplit/>
          <w:trHeight w:val="510"/>
        </w:trPr>
        <w:tc>
          <w:tcPr>
            <w:tcW w:w="4015" w:type="dxa"/>
          </w:tcPr>
          <w:p w14:paraId="08FF873D" w14:textId="77777777" w:rsidR="00486273" w:rsidRDefault="00000000">
            <w:r>
              <w:rPr>
                <w:b/>
                <w:color w:val="0D5F78"/>
              </w:rPr>
              <w:t>A județului / municipiului București</w:t>
            </w:r>
          </w:p>
          <w:p w14:paraId="4DF3D227" w14:textId="77777777" w:rsidR="00486273" w:rsidRDefault="00486273"/>
        </w:tc>
        <w:tc>
          <w:tcPr>
            <w:tcW w:w="5621" w:type="dxa"/>
          </w:tcPr>
          <w:p w14:paraId="1DD1F557" w14:textId="77777777" w:rsidR="00486273" w:rsidRDefault="00000000">
            <w:r>
              <w:rPr>
                <w:b/>
                <w:color w:val="0D5F78"/>
              </w:rPr>
              <w:t>Reprezentată prin arhitect-șef</w:t>
            </w:r>
          </w:p>
          <w:p w14:paraId="1ABDD5E9" w14:textId="77777777" w:rsidR="00486273" w:rsidRDefault="00486273"/>
        </w:tc>
      </w:tr>
    </w:tbl>
    <w:p w14:paraId="2046D598" w14:textId="77777777" w:rsidR="00486273" w:rsidRDefault="0048627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4DA5580E" w14:textId="77777777">
        <w:trPr>
          <w:cantSplit/>
        </w:trPr>
        <w:tc>
          <w:tcPr>
            <w:tcW w:w="9636" w:type="dxa"/>
            <w:shd w:val="clear" w:color="auto" w:fill="F4F4F4"/>
          </w:tcPr>
          <w:p w14:paraId="587CFA90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SITUAȚIA LEGALĂ APLICABILĂ DIN COD</w:t>
            </w:r>
          </w:p>
        </w:tc>
      </w:tr>
      <w:tr w:rsidR="00486273" w14:paraId="56C7A99E" w14:textId="77777777">
        <w:trPr>
          <w:cantSplit/>
        </w:trPr>
        <w:tc>
          <w:tcPr>
            <w:tcW w:w="9636" w:type="dxa"/>
          </w:tcPr>
          <w:p w14:paraId="5B2FE095" w14:textId="77777777" w:rsidR="00486273" w:rsidRDefault="00000000">
            <w:pPr>
              <w:keepNext/>
            </w:pPr>
            <w:r>
              <w:rPr>
                <w:sz w:val="16"/>
              </w:rPr>
              <w:t>☐ art. 41 alin. (3) — avizul primarului în cadrul procedurii de consultare reciprocă pentru un plan urbanistic zonal (PUZ) aferent unei investiții ce se realizează pe teritoriul mai multor unități administrativ-teritoriale</w:t>
            </w:r>
          </w:p>
        </w:tc>
      </w:tr>
      <w:tr w:rsidR="00486273" w14:paraId="03D9BE40" w14:textId="77777777">
        <w:trPr>
          <w:cantSplit/>
        </w:trPr>
        <w:tc>
          <w:tcPr>
            <w:tcW w:w="9636" w:type="dxa"/>
          </w:tcPr>
          <w:p w14:paraId="44C2E50B" w14:textId="77777777" w:rsidR="00486273" w:rsidRDefault="00000000">
            <w:pPr>
              <w:keepNext/>
            </w:pPr>
            <w:r>
              <w:rPr>
                <w:sz w:val="16"/>
              </w:rPr>
              <w:t xml:space="preserve">☐ art. 69 alin. (3) — avizul prealabil, favorabil, al primarului, necesar în vederea aprobării de către președintele consiliului județean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avizului de inițiere pentru un PUZ al cărui teritoriu reglementat implică cel puțin două unități administrativ-teritoriale</w:t>
            </w:r>
          </w:p>
        </w:tc>
      </w:tr>
      <w:tr w:rsidR="00486273" w14:paraId="4C346D53" w14:textId="77777777">
        <w:trPr>
          <w:cantSplit/>
        </w:trPr>
        <w:tc>
          <w:tcPr>
            <w:tcW w:w="9636" w:type="dxa"/>
          </w:tcPr>
          <w:p w14:paraId="53645C44" w14:textId="77777777" w:rsidR="00486273" w:rsidRDefault="00000000">
            <w:r>
              <w:rPr>
                <w:sz w:val="16"/>
              </w:rPr>
              <w:t>☐ art. 304 alin. (3) — avizul prealabil al primarului, necesar în vederea emiterii autorizației de construire / desființare de către președintele consiliului județean, pentru lucrări pe imobile care depășesc limita unei localități sau în localitățile care nu dețin structuri de specialitate</w:t>
            </w:r>
          </w:p>
        </w:tc>
      </w:tr>
    </w:tbl>
    <w:p w14:paraId="1252F414" w14:textId="77777777" w:rsidR="00486273" w:rsidRDefault="0048627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486273" w14:paraId="72B69B5F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136A5E76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486273" w14:paraId="0553A233" w14:textId="77777777">
        <w:trPr>
          <w:cantSplit/>
        </w:trPr>
        <w:tc>
          <w:tcPr>
            <w:tcW w:w="9636" w:type="dxa"/>
            <w:gridSpan w:val="6"/>
          </w:tcPr>
          <w:p w14:paraId="627388CA" w14:textId="77777777" w:rsidR="00486273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486273" w14:paraId="62B0DFC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48238D2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42CAB644" w14:textId="77777777" w:rsidR="00486273" w:rsidRDefault="00486273">
            <w:pPr>
              <w:keepNext/>
            </w:pPr>
          </w:p>
        </w:tc>
        <w:tc>
          <w:tcPr>
            <w:tcW w:w="3212" w:type="dxa"/>
            <w:gridSpan w:val="2"/>
          </w:tcPr>
          <w:p w14:paraId="75BF30C8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42BF5FF1" w14:textId="77777777" w:rsidR="00486273" w:rsidRDefault="00486273">
            <w:pPr>
              <w:keepNext/>
            </w:pPr>
          </w:p>
        </w:tc>
        <w:tc>
          <w:tcPr>
            <w:tcW w:w="3212" w:type="dxa"/>
            <w:gridSpan w:val="2"/>
          </w:tcPr>
          <w:p w14:paraId="42D080FC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53F1149E" w14:textId="77777777" w:rsidR="00486273" w:rsidRDefault="00486273">
            <w:pPr>
              <w:keepNext/>
            </w:pPr>
          </w:p>
        </w:tc>
      </w:tr>
      <w:tr w:rsidR="00486273" w14:paraId="76BDA3B8" w14:textId="77777777">
        <w:trPr>
          <w:cantSplit/>
          <w:trHeight w:val="510"/>
        </w:trPr>
        <w:tc>
          <w:tcPr>
            <w:tcW w:w="1606" w:type="dxa"/>
          </w:tcPr>
          <w:p w14:paraId="36855166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33907ED0" w14:textId="77777777" w:rsidR="00486273" w:rsidRDefault="00486273">
            <w:pPr>
              <w:keepNext/>
            </w:pPr>
          </w:p>
        </w:tc>
        <w:tc>
          <w:tcPr>
            <w:tcW w:w="4818" w:type="dxa"/>
            <w:gridSpan w:val="3"/>
          </w:tcPr>
          <w:p w14:paraId="495DB359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AB6499B" w14:textId="77777777" w:rsidR="00486273" w:rsidRDefault="00486273">
            <w:pPr>
              <w:keepNext/>
            </w:pPr>
          </w:p>
        </w:tc>
        <w:tc>
          <w:tcPr>
            <w:tcW w:w="803" w:type="dxa"/>
          </w:tcPr>
          <w:p w14:paraId="2E3284D8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31F1B86" w14:textId="77777777" w:rsidR="00486273" w:rsidRDefault="00486273">
            <w:pPr>
              <w:keepNext/>
            </w:pPr>
          </w:p>
        </w:tc>
        <w:tc>
          <w:tcPr>
            <w:tcW w:w="2409" w:type="dxa"/>
          </w:tcPr>
          <w:p w14:paraId="3B6FC157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9590264" w14:textId="77777777" w:rsidR="00486273" w:rsidRDefault="00486273">
            <w:pPr>
              <w:keepNext/>
            </w:pPr>
          </w:p>
        </w:tc>
      </w:tr>
      <w:tr w:rsidR="00486273" w14:paraId="769BABFF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43ED189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r w:rsidRPr="009D75CC">
              <w:rPr>
                <w:b/>
                <w:color w:val="0D5F78"/>
                <w:lang w:val="fr-FR"/>
              </w:rPr>
              <w:t>Număr</w:t>
            </w:r>
            <w:proofErr w:type="spellEnd"/>
            <w:r w:rsidRPr="009D75CC">
              <w:rPr>
                <w:b/>
                <w:color w:val="0D5F78"/>
                <w:lang w:val="fr-FR"/>
              </w:rPr>
              <w:t xml:space="preserve"> cadastral</w:t>
            </w:r>
          </w:p>
          <w:p w14:paraId="58F9732C" w14:textId="77777777" w:rsidR="00486273" w:rsidRPr="009D75CC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9D75CC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75CC">
              <w:rPr>
                <w:i/>
                <w:color w:val="7A7A7A"/>
                <w:lang w:val="fr-FR"/>
              </w:rPr>
              <w:t>în</w:t>
            </w:r>
            <w:proofErr w:type="spellEnd"/>
            <w:r w:rsidRPr="009D75CC">
              <w:rPr>
                <w:i/>
                <w:color w:val="7A7A7A"/>
                <w:lang w:val="fr-FR"/>
              </w:rPr>
              <w:t xml:space="preserve"> e-Terra</w:t>
            </w:r>
          </w:p>
          <w:p w14:paraId="74C4493B" w14:textId="77777777" w:rsidR="00486273" w:rsidRPr="009D75CC" w:rsidRDefault="0048627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93A4C01" w14:textId="77777777" w:rsidR="0048627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3C8287AC" w14:textId="77777777" w:rsidR="00486273" w:rsidRDefault="00486273">
            <w:pPr>
              <w:keepNext/>
            </w:pPr>
          </w:p>
        </w:tc>
      </w:tr>
    </w:tbl>
    <w:p w14:paraId="7C2B1DEA" w14:textId="77777777" w:rsidR="00486273" w:rsidRDefault="0048627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486273" w14:paraId="11992F49" w14:textId="77777777">
        <w:trPr>
          <w:cantSplit/>
        </w:trPr>
        <w:tc>
          <w:tcPr>
            <w:tcW w:w="9636" w:type="dxa"/>
            <w:shd w:val="clear" w:color="auto" w:fill="F4F4F4"/>
          </w:tcPr>
          <w:p w14:paraId="1D278EAC" w14:textId="77777777" w:rsidR="00486273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ANEXEZ PREZENTEI</w:t>
            </w:r>
          </w:p>
        </w:tc>
      </w:tr>
      <w:tr w:rsidR="00486273" w:rsidRPr="00191E62" w14:paraId="6D4D9951" w14:textId="77777777">
        <w:trPr>
          <w:cantSplit/>
        </w:trPr>
        <w:tc>
          <w:tcPr>
            <w:tcW w:w="9636" w:type="dxa"/>
          </w:tcPr>
          <w:p w14:paraId="3CB7ABFB" w14:textId="77777777" w:rsidR="00486273" w:rsidRPr="009D75CC" w:rsidRDefault="00000000">
            <w:pPr>
              <w:rPr>
                <w:lang w:val="fr-FR"/>
              </w:rPr>
            </w:pPr>
            <w:r w:rsidRPr="009D75CC">
              <w:rPr>
                <w:sz w:val="16"/>
                <w:lang w:val="fr-FR"/>
              </w:rPr>
              <w:t xml:space="preserve">☐ copie </w:t>
            </w:r>
            <w:proofErr w:type="spellStart"/>
            <w:r w:rsidRPr="009D75CC">
              <w:rPr>
                <w:sz w:val="16"/>
                <w:lang w:val="fr-FR"/>
              </w:rPr>
              <w:t>după</w:t>
            </w:r>
            <w:proofErr w:type="spellEnd"/>
            <w:r w:rsidRPr="009D75CC">
              <w:rPr>
                <w:sz w:val="16"/>
                <w:lang w:val="fr-FR"/>
              </w:rPr>
              <w:t xml:space="preserve"> </w:t>
            </w:r>
            <w:proofErr w:type="spellStart"/>
            <w:r w:rsidRPr="009D75CC">
              <w:rPr>
                <w:sz w:val="16"/>
                <w:lang w:val="fr-FR"/>
              </w:rPr>
              <w:t>Certificatul</w:t>
            </w:r>
            <w:proofErr w:type="spellEnd"/>
            <w:r w:rsidRPr="009D75CC">
              <w:rPr>
                <w:sz w:val="16"/>
                <w:lang w:val="fr-FR"/>
              </w:rPr>
              <w:t xml:space="preserve"> de </w:t>
            </w:r>
            <w:proofErr w:type="spellStart"/>
            <w:r w:rsidRPr="009D75CC">
              <w:rPr>
                <w:sz w:val="16"/>
                <w:lang w:val="fr-FR"/>
              </w:rPr>
              <w:t>urbanism</w:t>
            </w:r>
            <w:proofErr w:type="spellEnd"/>
            <w:r w:rsidRPr="009D75CC">
              <w:rPr>
                <w:sz w:val="16"/>
                <w:lang w:val="fr-FR"/>
              </w:rPr>
              <w:t xml:space="preserve">, </w:t>
            </w:r>
            <w:proofErr w:type="spellStart"/>
            <w:r w:rsidRPr="009D75CC">
              <w:rPr>
                <w:sz w:val="16"/>
                <w:lang w:val="fr-FR"/>
              </w:rPr>
              <w:t>împreună</w:t>
            </w:r>
            <w:proofErr w:type="spellEnd"/>
            <w:r w:rsidRPr="009D75CC">
              <w:rPr>
                <w:sz w:val="16"/>
                <w:lang w:val="fr-FR"/>
              </w:rPr>
              <w:t xml:space="preserve"> </w:t>
            </w:r>
            <w:proofErr w:type="spellStart"/>
            <w:r w:rsidRPr="009D75CC">
              <w:rPr>
                <w:sz w:val="16"/>
                <w:lang w:val="fr-FR"/>
              </w:rPr>
              <w:t>cu</w:t>
            </w:r>
            <w:proofErr w:type="spellEnd"/>
            <w:r w:rsidRPr="009D75CC">
              <w:rPr>
                <w:sz w:val="16"/>
                <w:lang w:val="fr-FR"/>
              </w:rPr>
              <w:t xml:space="preserve"> </w:t>
            </w:r>
            <w:proofErr w:type="spellStart"/>
            <w:r w:rsidRPr="009D75CC">
              <w:rPr>
                <w:sz w:val="16"/>
                <w:lang w:val="fr-FR"/>
              </w:rPr>
              <w:t>planurile-anexă</w:t>
            </w:r>
            <w:proofErr w:type="spellEnd"/>
          </w:p>
        </w:tc>
      </w:tr>
    </w:tbl>
    <w:p w14:paraId="54FFB029" w14:textId="77777777" w:rsidR="00486273" w:rsidRPr="009D75CC" w:rsidRDefault="0048627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486273" w14:paraId="15FB6262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015F8EC" w14:textId="77777777" w:rsidR="00486273" w:rsidRDefault="00000000">
            <w:pPr>
              <w:keepNext/>
            </w:pPr>
            <w:r w:rsidRPr="009D75CC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486273" w14:paraId="7EA22096" w14:textId="77777777">
        <w:trPr>
          <w:cantSplit/>
        </w:trPr>
        <w:tc>
          <w:tcPr>
            <w:tcW w:w="9636" w:type="dxa"/>
            <w:gridSpan w:val="3"/>
          </w:tcPr>
          <w:p w14:paraId="67FA0BC3" w14:textId="77777777" w:rsidR="00486273" w:rsidRDefault="00000000">
            <w:pPr>
              <w:keepNext/>
              <w:spacing w:line="228" w:lineRule="auto"/>
            </w:pPr>
            <w:r>
              <w:rPr>
                <w:i/>
                <w:sz w:val="17"/>
              </w:rPr>
              <w:t>Declar pe propria răspundere, cunoscând prevederile legii penale privind falsul în declarații, că datele înscrise sunt reale și exacte.</w:t>
            </w:r>
          </w:p>
        </w:tc>
      </w:tr>
      <w:tr w:rsidR="00486273" w14:paraId="17460149" w14:textId="77777777">
        <w:trPr>
          <w:cantSplit/>
          <w:trHeight w:val="510"/>
        </w:trPr>
        <w:tc>
          <w:tcPr>
            <w:tcW w:w="1606" w:type="dxa"/>
          </w:tcPr>
          <w:p w14:paraId="2CC91826" w14:textId="77777777" w:rsidR="00486273" w:rsidRDefault="00000000">
            <w:r>
              <w:rPr>
                <w:b/>
                <w:color w:val="0D5F78"/>
              </w:rPr>
              <w:t>Data</w:t>
            </w:r>
          </w:p>
          <w:p w14:paraId="39B034CF" w14:textId="77777777" w:rsidR="00486273" w:rsidRDefault="00486273"/>
        </w:tc>
        <w:tc>
          <w:tcPr>
            <w:tcW w:w="4818" w:type="dxa"/>
          </w:tcPr>
          <w:p w14:paraId="37E6BC38" w14:textId="77777777" w:rsidR="00486273" w:rsidRDefault="00000000">
            <w:r>
              <w:rPr>
                <w:b/>
                <w:color w:val="0D5F78"/>
              </w:rPr>
              <w:t>Arhitectul-șef</w:t>
            </w:r>
          </w:p>
          <w:p w14:paraId="29CF9413" w14:textId="77777777" w:rsidR="00486273" w:rsidRDefault="00486273"/>
        </w:tc>
        <w:tc>
          <w:tcPr>
            <w:tcW w:w="3212" w:type="dxa"/>
          </w:tcPr>
          <w:p w14:paraId="1B706DAD" w14:textId="77777777" w:rsidR="00486273" w:rsidRDefault="00000000">
            <w:r>
              <w:rPr>
                <w:b/>
                <w:color w:val="0D5F78"/>
              </w:rPr>
              <w:t>Semnătura</w:t>
            </w:r>
          </w:p>
          <w:p w14:paraId="432C5858" w14:textId="77777777" w:rsidR="00486273" w:rsidRDefault="00486273"/>
        </w:tc>
      </w:tr>
    </w:tbl>
    <w:p w14:paraId="73AC14C6" w14:textId="77777777" w:rsidR="00486273" w:rsidRDefault="00486273">
      <w:pPr>
        <w:spacing w:line="168" w:lineRule="auto"/>
      </w:pPr>
    </w:p>
    <w:sectPr w:rsidR="00486273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EFFA7" w14:textId="77777777" w:rsidR="00C17EAF" w:rsidRDefault="00C17EAF">
      <w:r>
        <w:separator/>
      </w:r>
    </w:p>
  </w:endnote>
  <w:endnote w:type="continuationSeparator" w:id="0">
    <w:p w14:paraId="2E9339E3" w14:textId="77777777" w:rsidR="00C17EAF" w:rsidRDefault="00C1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296C" w14:textId="66E96CD8" w:rsidR="00486273" w:rsidRDefault="00000000">
    <w:pPr>
      <w:pStyle w:val="Footer"/>
      <w:tabs>
        <w:tab w:val="right" w:pos="9639"/>
      </w:tabs>
    </w:pPr>
    <w:r>
      <w:rPr>
        <w:color w:val="595959"/>
      </w:rPr>
      <w:t xml:space="preserve">F_A_05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75CC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75CC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CAB94" w14:textId="77777777" w:rsidR="00C17EAF" w:rsidRDefault="00C17EAF">
      <w:r>
        <w:separator/>
      </w:r>
    </w:p>
  </w:footnote>
  <w:footnote w:type="continuationSeparator" w:id="0">
    <w:p w14:paraId="3C206A21" w14:textId="77777777" w:rsidR="00C17EAF" w:rsidRDefault="00C1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9982190">
    <w:abstractNumId w:val="8"/>
  </w:num>
  <w:num w:numId="2" w16cid:durableId="12540763">
    <w:abstractNumId w:val="6"/>
  </w:num>
  <w:num w:numId="3" w16cid:durableId="65883658">
    <w:abstractNumId w:val="5"/>
  </w:num>
  <w:num w:numId="4" w16cid:durableId="1321691281">
    <w:abstractNumId w:val="4"/>
  </w:num>
  <w:num w:numId="5" w16cid:durableId="151608957">
    <w:abstractNumId w:val="7"/>
  </w:num>
  <w:num w:numId="6" w16cid:durableId="2046057024">
    <w:abstractNumId w:val="3"/>
  </w:num>
  <w:num w:numId="7" w16cid:durableId="48456557">
    <w:abstractNumId w:val="2"/>
  </w:num>
  <w:num w:numId="8" w16cid:durableId="2024280615">
    <w:abstractNumId w:val="1"/>
  </w:num>
  <w:num w:numId="9" w16cid:durableId="162550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1E62"/>
    <w:rsid w:val="0029639D"/>
    <w:rsid w:val="002E4650"/>
    <w:rsid w:val="00326F90"/>
    <w:rsid w:val="00472D78"/>
    <w:rsid w:val="00486273"/>
    <w:rsid w:val="004D50AF"/>
    <w:rsid w:val="006C103E"/>
    <w:rsid w:val="009D75CC"/>
    <w:rsid w:val="00AA1D8D"/>
    <w:rsid w:val="00AF2B6B"/>
    <w:rsid w:val="00B47730"/>
    <w:rsid w:val="00C17EAF"/>
    <w:rsid w:val="00CB0664"/>
    <w:rsid w:val="00E61A6B"/>
    <w:rsid w:val="00FC693F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179081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5</cp:revision>
  <dcterms:created xsi:type="dcterms:W3CDTF">2013-12-23T23:15:00Z</dcterms:created>
  <dcterms:modified xsi:type="dcterms:W3CDTF">2026-08-27T12:46:00Z</dcterms:modified>
  <cp:category/>
</cp:coreProperties>
</file>