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F06727" w14:paraId="78EBCBF0" w14:textId="77777777" w:rsidTr="00F06727">
        <w:trPr>
          <w:trHeight w:val="393"/>
        </w:trPr>
        <w:tc>
          <w:tcPr>
            <w:tcW w:w="1641" w:type="dxa"/>
            <w:vMerge w:val="restart"/>
          </w:tcPr>
          <w:p w14:paraId="5E6939BF" w14:textId="77777777" w:rsidR="00F06727" w:rsidRDefault="00F0672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04120EF9" wp14:editId="43D507CD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05D935A6" w14:textId="77777777" w:rsidR="00F06727" w:rsidRDefault="00F06727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F06727" w14:paraId="2CAFAB95" w14:textId="77777777" w:rsidTr="00F06727">
        <w:trPr>
          <w:trHeight w:val="206"/>
        </w:trPr>
        <w:tc>
          <w:tcPr>
            <w:tcW w:w="1641" w:type="dxa"/>
            <w:vMerge/>
          </w:tcPr>
          <w:p w14:paraId="08FB9D98" w14:textId="77777777" w:rsidR="00F06727" w:rsidRDefault="00F0672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37D976CF" w14:textId="77777777" w:rsidR="00F06727" w:rsidRPr="000F4882" w:rsidRDefault="00F0672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F06727" w14:paraId="7AE3BA3B" w14:textId="77777777" w:rsidTr="00F06727">
        <w:trPr>
          <w:trHeight w:val="206"/>
        </w:trPr>
        <w:tc>
          <w:tcPr>
            <w:tcW w:w="1641" w:type="dxa"/>
            <w:vMerge/>
          </w:tcPr>
          <w:p w14:paraId="6A56386F" w14:textId="77777777" w:rsidR="00F06727" w:rsidRDefault="00F0672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08BFFB34" w14:textId="77777777" w:rsidR="00F06727" w:rsidRPr="000F4882" w:rsidRDefault="00F0672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4814BD8D" w14:textId="77777777" w:rsidR="00F06727" w:rsidRPr="000F4882" w:rsidRDefault="00F06727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EB8A4E2" w14:textId="77777777" w:rsidR="00F06727" w:rsidRPr="000F4882" w:rsidRDefault="00F06727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6C9A6A0F" w14:textId="77777777" w:rsidR="00F06727" w:rsidRPr="000F4882" w:rsidRDefault="00F0672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F06727" w14:paraId="56C629A1" w14:textId="77777777" w:rsidTr="00F06727">
        <w:trPr>
          <w:trHeight w:val="416"/>
        </w:trPr>
        <w:tc>
          <w:tcPr>
            <w:tcW w:w="1641" w:type="dxa"/>
            <w:vMerge/>
          </w:tcPr>
          <w:p w14:paraId="0D6C6226" w14:textId="77777777" w:rsidR="00F06727" w:rsidRDefault="00F0672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11FDF0E6" w14:textId="77777777" w:rsidR="00F06727" w:rsidRDefault="00F0672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560F57A8" w14:textId="77777777" w:rsidR="00F06727" w:rsidRPr="000F4882" w:rsidRDefault="00F0672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25A2B966" w14:textId="77777777" w:rsidR="00F06727" w:rsidRDefault="00F0672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6EAF5113" w14:textId="77777777" w:rsidR="00F06727" w:rsidRPr="000F4882" w:rsidRDefault="00F0672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F06727" w14:paraId="7DE6387D" w14:textId="77777777" w:rsidTr="00F06727">
        <w:trPr>
          <w:trHeight w:val="165"/>
        </w:trPr>
        <w:tc>
          <w:tcPr>
            <w:tcW w:w="9606" w:type="dxa"/>
            <w:gridSpan w:val="4"/>
          </w:tcPr>
          <w:p w14:paraId="0B37FCB4" w14:textId="77777777" w:rsidR="00F06727" w:rsidRDefault="00F06727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p w14:paraId="186D47FF" w14:textId="77777777" w:rsidR="007A6244" w:rsidRPr="007F2503" w:rsidRDefault="00000000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000000">
            <w:pPr>
              <w:keepNext/>
              <w:rPr>
                <w:lang w:val="fr-FR"/>
              </w:rPr>
            </w:pPr>
            <w:proofErr w:type="spellStart"/>
            <w:r w:rsidRPr="009D5BC3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3E3EC3B6" w14:textId="77777777" w:rsidR="007A6244" w:rsidRPr="009D5BC3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5BC3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9D5BC3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sector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9D5BC3">
              <w:rPr>
                <w:lang w:val="fr-FR"/>
              </w:rPr>
              <w:t>Cererea</w:t>
            </w:r>
            <w:proofErr w:type="spellEnd"/>
            <w:r w:rsidRPr="009D5BC3">
              <w:rPr>
                <w:lang w:val="fr-FR"/>
              </w:rPr>
              <w:t xml:space="preserve"> va fi </w:t>
            </w:r>
            <w:proofErr w:type="spellStart"/>
            <w:r w:rsidRPr="009D5BC3">
              <w:rPr>
                <w:lang w:val="fr-FR"/>
              </w:rPr>
              <w:t>transmisă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către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președintele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consiliului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județean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general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de </w:t>
            </w:r>
            <w:proofErr w:type="spellStart"/>
            <w:r w:rsidRPr="009D5BC3">
              <w:rPr>
                <w:lang w:val="fr-FR"/>
              </w:rPr>
              <w:t>sector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sau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municipiului</w:t>
            </w:r>
            <w:proofErr w:type="spellEnd"/>
            <w:r w:rsidRPr="009D5BC3">
              <w:rPr>
                <w:lang w:val="fr-FR"/>
              </w:rPr>
              <w:t xml:space="preserve"> / </w:t>
            </w:r>
            <w:proofErr w:type="spellStart"/>
            <w:r w:rsidRPr="009D5BC3">
              <w:rPr>
                <w:lang w:val="fr-FR"/>
              </w:rPr>
              <w:t>orașului</w:t>
            </w:r>
            <w:proofErr w:type="spellEnd"/>
            <w:r w:rsidRPr="009D5BC3">
              <w:rPr>
                <w:lang w:val="fr-FR"/>
              </w:rPr>
              <w:t xml:space="preserve"> / </w:t>
            </w:r>
            <w:proofErr w:type="spellStart"/>
            <w:r w:rsidRPr="009D5BC3">
              <w:rPr>
                <w:lang w:val="fr-FR"/>
              </w:rPr>
              <w:t>comunei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după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caz</w:t>
            </w:r>
            <w:proofErr w:type="spellEnd"/>
            <w:r w:rsidRPr="009D5BC3">
              <w:rPr>
                <w:lang w:val="fr-FR"/>
              </w:rPr>
              <w:t>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000000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000000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000000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000000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000000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000000" w:rsidP="009D5BC3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în temeiul art. 309 – art. 310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4857330C" w14:textId="0CFFB432" w:rsidR="009D5BC3" w:rsidRPr="007F2503" w:rsidRDefault="00000000" w:rsidP="007F2503">
      <w:pPr>
        <w:keepNext/>
        <w:jc w:val="center"/>
        <w:rPr>
          <w:sz w:val="18"/>
          <w:szCs w:val="18"/>
          <w:lang w:val="fr-FR"/>
        </w:rPr>
      </w:pPr>
      <w:proofErr w:type="spellStart"/>
      <w:proofErr w:type="gramStart"/>
      <w:r w:rsidRPr="007F2503">
        <w:rPr>
          <w:sz w:val="18"/>
          <w:szCs w:val="18"/>
          <w:lang w:val="fr-FR"/>
        </w:rPr>
        <w:t>solicit</w:t>
      </w:r>
      <w:proofErr w:type="spellEnd"/>
      <w:r w:rsidRPr="007F2503">
        <w:rPr>
          <w:sz w:val="18"/>
          <w:szCs w:val="18"/>
          <w:lang w:val="fr-FR"/>
        </w:rPr>
        <w:t>:</w:t>
      </w:r>
      <w:proofErr w:type="gramEnd"/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r w:rsidRPr="007F2503">
        <w:rPr>
          <w:sz w:val="20"/>
          <w:szCs w:val="20"/>
          <w:lang w:val="fr-FR"/>
        </w:rPr>
        <w:t>prelungirea</w:t>
      </w:r>
      <w:proofErr w:type="spellEnd"/>
      <w:r w:rsidRPr="007F2503">
        <w:rPr>
          <w:sz w:val="20"/>
          <w:szCs w:val="20"/>
          <w:lang w:val="fr-FR"/>
        </w:rPr>
        <w:t xml:space="preserve"> DURATEI DE EXECUȚIE,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proofErr w:type="gramStart"/>
      <w:r w:rsidRPr="007F2503">
        <w:rPr>
          <w:sz w:val="20"/>
          <w:szCs w:val="20"/>
          <w:lang w:val="fr-FR"/>
        </w:rPr>
        <w:t>luni</w:t>
      </w:r>
      <w:proofErr w:type="spellEnd"/>
      <w:r w:rsidRPr="007F2503">
        <w:rPr>
          <w:sz w:val="20"/>
          <w:szCs w:val="20"/>
          <w:lang w:val="fr-FR"/>
        </w:rPr>
        <w:t xml:space="preserve">  /</w:t>
      </w:r>
      <w:proofErr w:type="gramEnd"/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r w:rsidRPr="007F2503">
        <w:rPr>
          <w:sz w:val="20"/>
          <w:szCs w:val="20"/>
          <w:lang w:val="fr-FR"/>
        </w:rPr>
        <w:t>prelungirea</w:t>
      </w:r>
      <w:proofErr w:type="spellEnd"/>
      <w:r w:rsidRPr="007F2503">
        <w:rPr>
          <w:sz w:val="20"/>
          <w:szCs w:val="20"/>
          <w:lang w:val="fr-FR"/>
        </w:rPr>
        <w:t xml:space="preserve"> VALABILITĂȚII </w:t>
      </w:r>
      <w:proofErr w:type="spellStart"/>
      <w:r w:rsidRPr="007F2503">
        <w:rPr>
          <w:sz w:val="20"/>
          <w:szCs w:val="20"/>
          <w:lang w:val="fr-FR"/>
        </w:rPr>
        <w:t>autorizației</w:t>
      </w:r>
      <w:proofErr w:type="spellEnd"/>
      <w:r w:rsidRPr="007F2503">
        <w:rPr>
          <w:sz w:val="20"/>
          <w:szCs w:val="20"/>
          <w:lang w:val="fr-FR"/>
        </w:rPr>
        <w:t xml:space="preserve">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r w:rsidRPr="007F2503">
        <w:rPr>
          <w:sz w:val="20"/>
          <w:szCs w:val="20"/>
          <w:lang w:val="fr-FR"/>
        </w:rPr>
        <w:t>luni</w:t>
      </w:r>
      <w:proofErr w:type="spellEnd"/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Lucrările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rămase</w:t>
            </w:r>
            <w:proofErr w:type="spellEnd"/>
            <w:r w:rsidRPr="009D5BC3">
              <w:rPr>
                <w:sz w:val="16"/>
                <w:lang w:val="fr-FR"/>
              </w:rPr>
              <w:t xml:space="preserve"> de </w:t>
            </w:r>
            <w:proofErr w:type="spellStart"/>
            <w:r w:rsidRPr="009D5BC3">
              <w:rPr>
                <w:sz w:val="16"/>
                <w:lang w:val="fr-FR"/>
              </w:rPr>
              <w:t>executat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și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motivarea</w:t>
            </w:r>
            <w:proofErr w:type="spellEnd"/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</w:t>
            </w:r>
            <w:proofErr w:type="spellStart"/>
            <w:r w:rsidRPr="009D5BC3">
              <w:rPr>
                <w:sz w:val="16"/>
                <w:lang w:val="fr-FR"/>
              </w:rPr>
              <w:t>autorizația</w:t>
            </w:r>
            <w:proofErr w:type="spellEnd"/>
            <w:r w:rsidRPr="009D5BC3">
              <w:rPr>
                <w:sz w:val="16"/>
                <w:lang w:val="fr-FR"/>
              </w:rPr>
              <w:t xml:space="preserve"> de construire (</w:t>
            </w:r>
            <w:proofErr w:type="spellStart"/>
            <w:r w:rsidRPr="009D5BC3">
              <w:rPr>
                <w:sz w:val="16"/>
                <w:lang w:val="fr-FR"/>
              </w:rPr>
              <w:t>în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gramStart"/>
            <w:r w:rsidRPr="009D5BC3">
              <w:rPr>
                <w:sz w:val="16"/>
                <w:lang w:val="fr-FR"/>
              </w:rPr>
              <w:t xml:space="preserve">original)   </w:t>
            </w:r>
            <w:proofErr w:type="gramEnd"/>
            <w:r w:rsidRPr="009D5BC3">
              <w:rPr>
                <w:sz w:val="16"/>
                <w:lang w:val="fr-FR"/>
              </w:rPr>
              <w:t xml:space="preserve">  ☐ </w:t>
            </w:r>
            <w:proofErr w:type="spellStart"/>
            <w:r w:rsidRPr="009D5BC3">
              <w:rPr>
                <w:sz w:val="16"/>
                <w:lang w:val="fr-FR"/>
              </w:rPr>
              <w:t>documentul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privind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achitarea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taxei</w:t>
            </w:r>
            <w:proofErr w:type="spellEnd"/>
            <w:r w:rsidRPr="009D5BC3">
              <w:rPr>
                <w:sz w:val="16"/>
                <w:lang w:val="fr-FR"/>
              </w:rPr>
              <w:t xml:space="preserve">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000000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000000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000000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BB9A" w14:textId="77777777" w:rsidR="003F2B5C" w:rsidRDefault="003F2B5C">
      <w:r>
        <w:separator/>
      </w:r>
    </w:p>
  </w:endnote>
  <w:endnote w:type="continuationSeparator" w:id="0">
    <w:p w14:paraId="142D4868" w14:textId="77777777" w:rsidR="003F2B5C" w:rsidRDefault="003F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19F4" w14:textId="2E95B5F8" w:rsidR="007A6244" w:rsidRDefault="00000000">
    <w:pPr>
      <w:pStyle w:val="Footer"/>
      <w:tabs>
        <w:tab w:val="right" w:pos="9639"/>
      </w:tabs>
    </w:pPr>
    <w:r>
      <w:rPr>
        <w:color w:val="595959"/>
      </w:rPr>
      <w:t xml:space="preserve">F_A_02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01F3" w14:textId="77777777" w:rsidR="003F2B5C" w:rsidRDefault="003F2B5C">
      <w:r>
        <w:separator/>
      </w:r>
    </w:p>
  </w:footnote>
  <w:footnote w:type="continuationSeparator" w:id="0">
    <w:p w14:paraId="1E847FCF" w14:textId="77777777" w:rsidR="003F2B5C" w:rsidRDefault="003F2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2B5C"/>
    <w:rsid w:val="004D50AF"/>
    <w:rsid w:val="006C103E"/>
    <w:rsid w:val="007A6244"/>
    <w:rsid w:val="007F2503"/>
    <w:rsid w:val="009C5408"/>
    <w:rsid w:val="009D5BC3"/>
    <w:rsid w:val="00AA1D8D"/>
    <w:rsid w:val="00B47730"/>
    <w:rsid w:val="00CB0664"/>
    <w:rsid w:val="00D21BCF"/>
    <w:rsid w:val="00E61A6B"/>
    <w:rsid w:val="00F06727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5</cp:revision>
  <dcterms:created xsi:type="dcterms:W3CDTF">2013-12-23T23:15:00Z</dcterms:created>
  <dcterms:modified xsi:type="dcterms:W3CDTF">2026-08-27T12:44:00Z</dcterms:modified>
  <cp:category/>
</cp:coreProperties>
</file>